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MODÈLE PREMIUM</w:t>
        <w:br/>
        <w:t>LETTRE EXPLICATIVE POUR DEMANDE DE VISA</w:t>
      </w:r>
    </w:p>
    <w:p/>
    <w:p>
      <w:r>
        <w:t>Nom et prénom : ________________________________</w:t>
      </w:r>
    </w:p>
    <w:p>
      <w:r>
        <w:t>Date de naissance : _____________________________</w:t>
      </w:r>
    </w:p>
    <w:p>
      <w:r>
        <w:t>Nationalité : __________________________________</w:t>
      </w:r>
    </w:p>
    <w:p>
      <w:r>
        <w:t>Numéro de passeport : ___________________________</w:t>
      </w:r>
    </w:p>
    <w:p>
      <w:r>
        <w:t>Adresse : ______________________________________</w:t>
      </w:r>
    </w:p>
    <w:p>
      <w:r>
        <w:t>Téléphone : ____________________________________</w:t>
      </w:r>
    </w:p>
    <w:p>
      <w:r>
        <w:t>E-mail : _______________________________________</w:t>
      </w:r>
    </w:p>
    <w:p>
      <w:r>
        <w:br/>
        <w:t>À l'attention du Service Consulaire</w:t>
      </w:r>
    </w:p>
    <w:p>
      <w:r>
        <w:t>Ambassade de : ______________________________</w:t>
      </w:r>
    </w:p>
    <w:p>
      <w:r>
        <w:rPr>
          <w:b/>
        </w:rPr>
        <w:t>Objet : Lettre explicative accompagnant ma demande de visa</w:t>
      </w:r>
    </w:p>
    <w:p>
      <w:r>
        <w:br/>
        <w:t>Madame, Monsieur,</w:t>
        <w:br/>
        <w:br/>
        <w:t>Par la présente, j'ai l'honneur de solliciter l'obtention d'un visa pour me rendre en [Pays de destination] du [Date de départ] au [Date de retour].</w:t>
        <w:br/>
        <w:br/>
        <w:t>Le motif principal de ce déplacement est [tourisme / affaires / études / visite familiale / autre].</w:t>
        <w:br/>
        <w:br/>
        <w:t>Durant mon séjour, je résiderai à l'adresse suivante :</w:t>
        <w:br/>
        <w:t>___________________________________________________________</w:t>
        <w:br/>
        <w:br/>
        <w:t>Je dispose des ressources financières nécessaires pour couvrir l'ensemble des dépenses liées au voyage. Les justificatifs correspondants sont joints à mon dossier.</w:t>
        <w:br/>
        <w:br/>
        <w:t>Je suis actuellement :</w:t>
        <w:br/>
        <w:t>Profession : ______________________________</w:t>
        <w:br/>
        <w:t>Employeur / Établissement : _______________</w:t>
        <w:br/>
        <w:br/>
        <w:t>Je maintiens des attaches solides dans mon pays de résidence, ce qui garantit mon retour à l'issue du séjour envisagé.</w:t>
        <w:br/>
        <w:br/>
        <w:t>Documents joints :</w:t>
        <w:br/>
        <w:t>• Passeport valide</w:t>
        <w:br/>
        <w:t>• Réservation de transport</w:t>
        <w:br/>
        <w:t>• Réservation d'hébergement</w:t>
        <w:br/>
        <w:t>• Assurance voyage</w:t>
        <w:br/>
        <w:t>• Justificatifs financiers</w:t>
        <w:br/>
        <w:t>• Documents professionnels ou académiques</w:t>
        <w:br/>
        <w:br/>
        <w:t>Je reste à votre disposition pour toute information complémentaire.</w:t>
        <w:br/>
        <w:br/>
        <w:t>Je vous prie d’agréer, Madame, Monsieur, l’expression de ma considération distinguée.</w:t>
        <w:br/>
        <w:br/>
        <w:t>Fait à : ______________________</w:t>
        <w:br/>
        <w:t>Le : _________________________</w:t>
        <w:br/>
        <w:br/>
        <w:t>Signature :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