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1F3F63"/>
          <w:sz w:val="40"/>
        </w:rPr>
        <w:t>ÉDITION PRESTIGE</w:t>
        <w:br/>
        <w:t>12 LETTRES DE VISA RÉDIGÉES AVEC DES STYLES DISTINCTS</w:t>
      </w:r>
    </w:p>
    <w:p>
      <w:r>
        <w:br w:type="page"/>
      </w:r>
    </w:p>
    <w:p>
      <w:pPr>
        <w:jc w:val="center"/>
      </w:pPr>
      <w:r>
        <w:rPr>
          <w:b/>
          <w:color w:val="8B1E1E"/>
          <w:sz w:val="32"/>
        </w:rPr>
        <w:t>VISA TOURISTIQUE</w:t>
      </w:r>
    </w:p>
    <w:p/>
    <w:p>
      <w:r>
        <w:t>Madame, Monsieur,</w:t>
      </w:r>
    </w:p>
    <w:p>
      <w:r>
        <w:t>Mon séjour a été conçu autour d’un parcours culturel permettant la découverte de plusieurs sites emblématiques. Les réservations effectuées et l’itinéraire joint traduisent une préparation rigoureuse de ce voyage consacré à la découverte du patrimoine, de l’histoire et des traditions locales.</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SCHENGEN</w:t>
      </w:r>
    </w:p>
    <w:p/>
    <w:p>
      <w:r>
        <w:t>Madame, Monsieur,</w:t>
      </w:r>
    </w:p>
    <w:p>
      <w:r>
        <w:t>Le projet de déplacement présenté dans cette demande repose sur une organisation méthodique. Les réservations, moyens de financement et garanties de retour sont documentés afin d’offrir une vision claire et cohérente du séjour envisagé.</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CANADA</w:t>
      </w:r>
    </w:p>
    <w:p/>
    <w:p>
      <w:r>
        <w:t>Madame, Monsieur,</w:t>
      </w:r>
    </w:p>
    <w:p>
      <w:r>
        <w:t>Cette demande s’inscrit dans un projet planifié de longue date. Les ressources financières, les attaches professionnelles et les engagements personnels présentés dans le dossier démontrent la solidité du projet ainsi que son caractère temporaire.</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ÉTUDIANT</w:t>
      </w:r>
    </w:p>
    <w:p/>
    <w:p>
      <w:r>
        <w:t>Madame, Monsieur,</w:t>
      </w:r>
    </w:p>
    <w:p>
      <w:r>
        <w:t>La formation envisagée constitue une étape importante dans la construction de mon parcours académique. Les compétences acquises contribueront directement à mes perspectives professionnelles futures.</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D’AFFAIRES</w:t>
      </w:r>
    </w:p>
    <w:p/>
    <w:p>
      <w:r>
        <w:t>Madame, Monsieur,</w:t>
      </w:r>
    </w:p>
    <w:p>
      <w:r>
        <w:t>Cette mission professionnelle vise à renforcer des partenariats existants et à développer de nouvelles opportunités de coopération dans un environnement international exigeant.</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VISITE FAMILIALE</w:t>
      </w:r>
    </w:p>
    <w:p/>
    <w:p>
      <w:r>
        <w:t>Madame, Monsieur,</w:t>
      </w:r>
    </w:p>
    <w:p>
      <w:r>
        <w:t>Ce voyage représente l’occasion de retrouver des membres proches de ma famille et de consolider des liens entretenus malgré la distance géographique.</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MÉDICAL</w:t>
      </w:r>
    </w:p>
    <w:p/>
    <w:p>
      <w:r>
        <w:t>Madame, Monsieur,</w:t>
      </w:r>
    </w:p>
    <w:p>
      <w:r>
        <w:t>Le déplacement envisagé répond à un besoin médical clairement identifié. Les rendez-vous, avis spécialisés et documents médicaux sont joints au dossier.</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CONFÉRENCE</w:t>
      </w:r>
    </w:p>
    <w:p/>
    <w:p>
      <w:r>
        <w:t>Madame, Monsieur,</w:t>
      </w:r>
    </w:p>
    <w:p>
      <w:r>
        <w:t>Ma participation à cet événement permettra des échanges avec des experts du secteur et contribuera à l’enrichissement de mes connaissances professionnelles.</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RECHERCHE</w:t>
      </w:r>
    </w:p>
    <w:p/>
    <w:p>
      <w:r>
        <w:t>Madame, Monsieur,</w:t>
      </w:r>
    </w:p>
    <w:p>
      <w:r>
        <w:t>Ce séjour s’inscrit dans une démarche académique visant à approfondir des travaux de recherche et à développer des collaborations scientifiques.</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VISA STAGE</w:t>
      </w:r>
    </w:p>
    <w:p/>
    <w:p>
      <w:r>
        <w:t>Madame, Monsieur,</w:t>
      </w:r>
    </w:p>
    <w:p>
      <w:r>
        <w:t>Cette opportunité constitue une expérience pratique essentielle permettant de renforcer mes compétences et mon employabilité future.</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RECOURS APRÈS REFUS</w:t>
      </w:r>
    </w:p>
    <w:p/>
    <w:p>
      <w:r>
        <w:t>Madame, Monsieur,</w:t>
      </w:r>
    </w:p>
    <w:p>
      <w:r>
        <w:t>À la suite de la précédente décision, un travail approfondi a été réalisé afin d’apporter des éléments complémentaires et de clarifier certains aspects du dossier.</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p>
      <w:r>
        <w:br w:type="page"/>
      </w:r>
    </w:p>
    <w:p>
      <w:pPr>
        <w:jc w:val="center"/>
      </w:pPr>
      <w:r>
        <w:rPr>
          <w:b/>
          <w:color w:val="8B1E1E"/>
          <w:sz w:val="32"/>
        </w:rPr>
        <w:t>ENGAGEMENT DE RETOUR</w:t>
      </w:r>
    </w:p>
    <w:p/>
    <w:p>
      <w:r>
        <w:t>Madame, Monsieur,</w:t>
      </w:r>
    </w:p>
    <w:p>
      <w:r>
        <w:t>Je confirme mon intention de respecter strictement les conditions du visa accordé et de regagner mon pays de résidence à l’issue du séjour prévu.</w:t>
      </w:r>
    </w:p>
    <w:p>
      <w:r>
        <w:br/>
        <w:br/>
        <w:t>Cette démarche s'inscrit dans un cadre parfaitement conforme aux réglementations applicables. L'ensemble des justificatifs joints permet d'apprécier la cohérence du projet présenté, les modalités de financement retenues ainsi que les garanties de retour associées à ma situation personnelle et professionnelle.</w:t>
        <w:br/>
        <w:br/>
        <w:t>Je demeure à votre disposition pour toute information complémentaire et vous remercie de l'attention portée à ma demande.</w:t>
        <w:br/>
        <w:br/>
        <w:t>Veuillez agréer, Madame, Monsieur, l'expression de ma haute considération.</w:t>
        <w:br/>
      </w:r>
    </w:p>
    <w:p>
      <w:r>
        <w:br/>
        <w:t>Signature : ______________________________</w:t>
      </w:r>
    </w:p>
    <w:sectPr w:rsidR="00FC693F" w:rsidRPr="0006063C" w:rsidSect="00034616">
      <w:pgSz w:w="12240" w:h="15840"/>
      <w:pgMar w:top="850" w:right="964" w:bottom="85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