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06"/>
      </w:tblGrid>
      <w:tr>
        <w:trPr>
          <w:trHeight w:val="1587" w:hRule="exact"/>
        </w:trPr>
        <w:tc>
          <w:tcPr>
            <w:tcW w:type="dxa" w:w="10206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start w:w="150" w:type="dxa"/>
              <w:bottom w:w="120" w:type="dxa"/>
              <w:end w:w="150" w:type="dxa"/>
            </w:tcMar>
            <w:shd w:val="clear" w:color="auto" w:fill="6B1D1D"/>
            <w:vAlign w:val="center"/>
          </w:tcPr>
          <w:p>
            <w:pPr>
              <w:spacing w:before="0" w:after="40" w:line="240" w:lineRule="auto"/>
              <w:jc w:val="left"/>
            </w:pPr>
            <w:r>
              <w:rPr>
                <w:rFonts w:ascii="Calibri" w:hAnsi="Calibri"/>
                <w:b/>
                <w:color w:val="FFFFFF"/>
                <w:sz w:val="52"/>
              </w:rPr>
              <w:t>Diplomatic Pouch Address Directory</w:t>
            </w:r>
          </w:p>
          <w:p>
            <w:pPr>
              <w:spacing w:before="0" w:after="0" w:line="240" w:lineRule="auto"/>
              <w:jc w:val="left"/>
            </w:pPr>
            <w:r>
              <w:rPr>
                <w:rFonts w:ascii="Calibri" w:hAnsi="Calibri"/>
                <w:color w:val="E6E6E6"/>
                <w:sz w:val="24"/>
              </w:rPr>
              <w:t>One-page registry layout for quick referencing and routing</w:t>
            </w:r>
          </w:p>
        </w:tc>
      </w:tr>
      <w:tr>
        <w:trPr>
          <w:trHeight w:val="125" w:hRule="exact"/>
        </w:trPr>
        <w:tc>
          <w:tcPr>
            <w:tcW w:type="dxa" w:w="10206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start w:w="150" w:type="dxa"/>
              <w:bottom w:w="120" w:type="dxa"/>
              <w:end w:w="150" w:type="dxa"/>
            </w:tcMar>
            <w:shd w:val="clear" w:color="auto" w:fill="C6A15B"/>
          </w:tcPr>
          <w:p/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402"/>
        <w:gridCol w:w="3402"/>
        <w:gridCol w:w="3402"/>
      </w:tblGrid>
      <w:tr>
        <w:tc>
          <w:tcPr>
            <w:tcW w:type="dxa" w:w="3266"/>
            <w:shd w:val="clear" w:color="auto" w:fill="F7F3EA"/>
            <w:tcBorders>
              <w:top w:val="single" w:sz="6" w:color="CFCFCF"/>
              <w:left w:val="single" w:sz="6" w:color="CFCFCF"/>
              <w:bottom w:val="single" w:sz="6" w:color="CFCFCF"/>
              <w:right w:val="single" w:sz="6" w:color="CFCFCF"/>
            </w:tcBorders>
            <w:tcMar>
              <w:top w:w="90" w:type="dxa"/>
              <w:start w:w="160" w:type="dxa"/>
              <w:bottom w:w="90" w:type="dxa"/>
              <w:end w:w="160" w:type="dxa"/>
            </w:tcMar>
            <w:vAlign w:val="center"/>
          </w:tcPr>
          <w:p>
            <w:r/>
            <w:r>
              <w:rPr>
                <w:rFonts w:ascii="Calibri" w:hAnsi="Calibri"/>
                <w:b/>
                <w:color w:val="2B2B2B"/>
                <w:sz w:val="20"/>
              </w:rPr>
              <w:t>Registry code</w:t>
            </w:r>
          </w:p>
          <w:p>
            <w:pPr>
              <w:spacing w:before="20" w:after="0" w:line="240" w:lineRule="auto"/>
            </w:pPr>
            <w:r>
              <w:rPr>
                <w:rFonts w:ascii="Calibri" w:hAnsi="Calibri"/>
                <w:color w:val="9A9A9A"/>
                <w:sz w:val="19"/>
              </w:rPr>
              <w:t>___________________________</w:t>
            </w:r>
          </w:p>
        </w:tc>
        <w:tc>
          <w:tcPr>
            <w:tcW w:type="dxa" w:w="3368"/>
            <w:shd w:val="clear" w:color="auto" w:fill="F7F3EA"/>
            <w:tcBorders>
              <w:top w:val="single" w:sz="6" w:color="CFCFCF"/>
              <w:left w:val="single" w:sz="6" w:color="CFCFCF"/>
              <w:bottom w:val="single" w:sz="6" w:color="CFCFCF"/>
              <w:right w:val="single" w:sz="6" w:color="CFCFCF"/>
            </w:tcBorders>
            <w:tcMar>
              <w:top w:w="90" w:type="dxa"/>
              <w:start w:w="160" w:type="dxa"/>
              <w:bottom w:w="90" w:type="dxa"/>
              <w:end w:w="160" w:type="dxa"/>
            </w:tcMar>
            <w:vAlign w:val="center"/>
          </w:tcPr>
          <w:p>
            <w:r/>
            <w:r>
              <w:rPr>
                <w:rFonts w:ascii="Calibri" w:hAnsi="Calibri"/>
                <w:b/>
                <w:color w:val="2B2B2B"/>
                <w:sz w:val="20"/>
              </w:rPr>
              <w:t>Custodian</w:t>
            </w:r>
          </w:p>
          <w:p>
            <w:pPr>
              <w:spacing w:before="20" w:after="0" w:line="240" w:lineRule="auto"/>
            </w:pPr>
            <w:r>
              <w:rPr>
                <w:rFonts w:ascii="Calibri" w:hAnsi="Calibri"/>
                <w:color w:val="9A9A9A"/>
                <w:sz w:val="19"/>
              </w:rPr>
              <w:t>___________________________</w:t>
            </w:r>
          </w:p>
        </w:tc>
        <w:tc>
          <w:tcPr>
            <w:tcW w:type="dxa" w:w="3572"/>
            <w:shd w:val="clear" w:color="auto" w:fill="F7F3EA"/>
            <w:tcBorders>
              <w:top w:val="single" w:sz="6" w:color="CFCFCF"/>
              <w:left w:val="single" w:sz="6" w:color="CFCFCF"/>
              <w:bottom w:val="single" w:sz="6" w:color="CFCFCF"/>
              <w:right w:val="single" w:sz="6" w:color="CFCFCF"/>
            </w:tcBorders>
            <w:tcMar>
              <w:top w:w="90" w:type="dxa"/>
              <w:start w:w="160" w:type="dxa"/>
              <w:bottom w:w="90" w:type="dxa"/>
              <w:end w:w="160" w:type="dxa"/>
            </w:tcMar>
            <w:vAlign w:val="center"/>
          </w:tcPr>
          <w:p>
            <w:r/>
            <w:r>
              <w:rPr>
                <w:rFonts w:ascii="Calibri" w:hAnsi="Calibri"/>
                <w:b/>
                <w:color w:val="2B2B2B"/>
                <w:sz w:val="20"/>
              </w:rPr>
              <w:t>Contact</w:t>
            </w:r>
          </w:p>
          <w:p>
            <w:pPr>
              <w:spacing w:before="20" w:after="0" w:line="240" w:lineRule="auto"/>
            </w:pPr>
            <w:r>
              <w:rPr>
                <w:rFonts w:ascii="Calibri" w:hAnsi="Calibri"/>
                <w:color w:val="9A9A9A"/>
                <w:sz w:val="19"/>
              </w:rPr>
              <w:t>___________________________</w:t>
            </w:r>
          </w:p>
        </w:tc>
      </w:tr>
    </w:tbl>
    <w:p>
      <w:pPr>
        <w:spacing w:before="20" w:after="20" w:line="240" w:lineRule="auto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1633"/>
            <w:shd w:val="clear" w:color="auto" w:fill="2B2B2B"/>
            <w:tcBorders>
              <w:top w:val="single" w:sz="8" w:color="2B2B2B"/>
              <w:left w:val="single" w:sz="8" w:color="2B2B2B"/>
              <w:bottom w:val="single" w:sz="8" w:color="2B2B2B"/>
              <w:right w:val="single" w:sz="8" w:color="2B2B2B"/>
            </w:tcBorders>
            <w:tcMar>
              <w:top w:w="80" w:type="dxa"/>
              <w:start w:w="110" w:type="dxa"/>
              <w:bottom w:w="80" w:type="dxa"/>
              <w:end w:w="110" w:type="dxa"/>
            </w:tcMar>
          </w:tcPr>
          <w:p>
            <w:r/>
            <w:r>
              <w:rPr>
                <w:rFonts w:ascii="Calibri" w:hAnsi="Calibri"/>
                <w:b/>
                <w:color w:val="FFFFFF"/>
                <w:sz w:val="21"/>
              </w:rPr>
              <w:t>Country</w:t>
            </w:r>
          </w:p>
        </w:tc>
        <w:tc>
          <w:tcPr>
            <w:tcW w:type="dxa" w:w="2654"/>
            <w:shd w:val="clear" w:color="auto" w:fill="2B2B2B"/>
            <w:tcBorders>
              <w:top w:val="single" w:sz="8" w:color="2B2B2B"/>
              <w:left w:val="single" w:sz="8" w:color="2B2B2B"/>
              <w:bottom w:val="single" w:sz="8" w:color="2B2B2B"/>
              <w:right w:val="single" w:sz="8" w:color="2B2B2B"/>
            </w:tcBorders>
            <w:tcMar>
              <w:top w:w="80" w:type="dxa"/>
              <w:start w:w="110" w:type="dxa"/>
              <w:bottom w:w="80" w:type="dxa"/>
              <w:end w:w="110" w:type="dxa"/>
            </w:tcMar>
          </w:tcPr>
          <w:p>
            <w:r/>
            <w:r>
              <w:rPr>
                <w:rFonts w:ascii="Calibri" w:hAnsi="Calibri"/>
                <w:b/>
                <w:color w:val="FFFFFF"/>
                <w:sz w:val="21"/>
              </w:rPr>
              <w:t>Mission or Office</w:t>
            </w:r>
          </w:p>
        </w:tc>
        <w:tc>
          <w:tcPr>
            <w:tcW w:type="dxa" w:w="2449"/>
            <w:shd w:val="clear" w:color="auto" w:fill="2B2B2B"/>
            <w:tcBorders>
              <w:top w:val="single" w:sz="8" w:color="2B2B2B"/>
              <w:left w:val="single" w:sz="8" w:color="2B2B2B"/>
              <w:bottom w:val="single" w:sz="8" w:color="2B2B2B"/>
              <w:right w:val="single" w:sz="8" w:color="2B2B2B"/>
            </w:tcBorders>
            <w:tcMar>
              <w:top w:w="80" w:type="dxa"/>
              <w:start w:w="110" w:type="dxa"/>
              <w:bottom w:w="80" w:type="dxa"/>
              <w:end w:w="110" w:type="dxa"/>
            </w:tcMar>
          </w:tcPr>
          <w:p>
            <w:r/>
            <w:r>
              <w:rPr>
                <w:rFonts w:ascii="Calibri" w:hAnsi="Calibri"/>
                <w:b/>
                <w:color w:val="FFFFFF"/>
                <w:sz w:val="21"/>
              </w:rPr>
              <w:t>Section or Addressee</w:t>
            </w:r>
          </w:p>
        </w:tc>
        <w:tc>
          <w:tcPr>
            <w:tcW w:type="dxa" w:w="2654"/>
            <w:shd w:val="clear" w:color="auto" w:fill="2B2B2B"/>
            <w:tcBorders>
              <w:top w:val="single" w:sz="8" w:color="2B2B2B"/>
              <w:left w:val="single" w:sz="8" w:color="2B2B2B"/>
              <w:bottom w:val="single" w:sz="8" w:color="2B2B2B"/>
              <w:right w:val="single" w:sz="8" w:color="2B2B2B"/>
            </w:tcBorders>
            <w:tcMar>
              <w:top w:w="80" w:type="dxa"/>
              <w:start w:w="110" w:type="dxa"/>
              <w:bottom w:w="80" w:type="dxa"/>
              <w:end w:w="110" w:type="dxa"/>
            </w:tcMar>
          </w:tcPr>
          <w:p>
            <w:r/>
            <w:r>
              <w:rPr>
                <w:rFonts w:ascii="Calibri" w:hAnsi="Calibri"/>
                <w:b/>
                <w:color w:val="FFFFFF"/>
                <w:sz w:val="21"/>
              </w:rPr>
              <w:t>Pouch routing</w:t>
            </w:r>
          </w:p>
        </w:tc>
        <w:tc>
          <w:tcPr>
            <w:tcW w:type="dxa" w:w="816"/>
            <w:shd w:val="clear" w:color="auto" w:fill="2B2B2B"/>
            <w:tcBorders>
              <w:top w:val="single" w:sz="8" w:color="2B2B2B"/>
              <w:left w:val="single" w:sz="8" w:color="2B2B2B"/>
              <w:bottom w:val="single" w:sz="8" w:color="2B2B2B"/>
              <w:right w:val="single" w:sz="8" w:color="2B2B2B"/>
            </w:tcBorders>
            <w:tcMar>
              <w:top w:w="80" w:type="dxa"/>
              <w:start w:w="110" w:type="dxa"/>
              <w:bottom w:w="80" w:type="dxa"/>
              <w:end w:w="110" w:type="dxa"/>
            </w:tcMar>
          </w:tcPr>
          <w:p>
            <w:r/>
            <w:r>
              <w:rPr>
                <w:rFonts w:ascii="Calibri" w:hAnsi="Calibri"/>
                <w:b/>
                <w:color w:val="FFFFFF"/>
                <w:sz w:val="21"/>
              </w:rPr>
              <w:t>Notes</w:t>
            </w:r>
          </w:p>
        </w:tc>
      </w:tr>
      <w:tr>
        <w:trPr>
          <w:cantSplit/>
          <w:trHeight w:val="539" w:hRule="atLeast"/>
        </w:trPr>
        <w:tc>
          <w:tcPr>
            <w:tcW w:type="dxa" w:w="2041"/>
            <w:shd w:val="clear" w:color="auto" w:fill="FFFFFF"/>
            <w:tcBorders>
              <w:top w:val="single" w:sz="6" w:color="CFCFCF"/>
              <w:left w:val="single" w:sz="6" w:color="CFCFCF"/>
              <w:bottom w:val="single" w:sz="6" w:color="CFCFCF"/>
              <w:right w:val="single" w:sz="6" w:color="CFCFCF"/>
            </w:tcBorders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>
              <w:rPr>
                <w:rFonts w:ascii="Calibri" w:hAnsi="Calibri"/>
                <w:color w:val="2B2B2B"/>
                <w:sz w:val="19"/>
              </w:rPr>
            </w:r>
            <w:r>
              <w:rPr>
                <w:rFonts w:ascii="Calibri" w:hAnsi="Calibri"/>
                <w:color w:val="2B2B2B"/>
                <w:sz w:val="19"/>
              </w:rPr>
              <w:t>United States</w:t>
            </w:r>
          </w:p>
        </w:tc>
        <w:tc>
          <w:tcPr>
            <w:tcW w:type="dxa" w:w="2041"/>
            <w:shd w:val="clear" w:color="auto" w:fill="FFFFFF"/>
            <w:tcBorders>
              <w:top w:val="single" w:sz="6" w:color="CFCFCF"/>
              <w:left w:val="single" w:sz="6" w:color="CFCFCF"/>
              <w:bottom w:val="single" w:sz="6" w:color="CFCFCF"/>
              <w:right w:val="single" w:sz="6" w:color="CFCFCF"/>
            </w:tcBorders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>
              <w:rPr>
                <w:rFonts w:ascii="Calibri" w:hAnsi="Calibri"/>
                <w:color w:val="2B2B2B"/>
                <w:sz w:val="19"/>
              </w:rPr>
            </w:r>
            <w:r>
              <w:rPr>
                <w:rFonts w:ascii="Calibri" w:hAnsi="Calibri"/>
                <w:color w:val="2B2B2B"/>
                <w:sz w:val="19"/>
              </w:rPr>
              <w:t>Embassy operations</w:t>
            </w:r>
          </w:p>
        </w:tc>
        <w:tc>
          <w:tcPr>
            <w:tcW w:type="dxa" w:w="2041"/>
            <w:shd w:val="clear" w:color="auto" w:fill="FFFFFF"/>
            <w:tcBorders>
              <w:top w:val="single" w:sz="6" w:color="CFCFCF"/>
              <w:left w:val="single" w:sz="6" w:color="CFCFCF"/>
              <w:bottom w:val="single" w:sz="6" w:color="CFCFCF"/>
              <w:right w:val="single" w:sz="6" w:color="CFCFCF"/>
            </w:tcBorders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>
              <w:rPr>
                <w:rFonts w:ascii="Calibri" w:hAnsi="Calibri"/>
                <w:color w:val="2B2B2B"/>
                <w:sz w:val="19"/>
              </w:rPr>
            </w:r>
            <w:r>
              <w:rPr>
                <w:rFonts w:ascii="Calibri" w:hAnsi="Calibri"/>
                <w:color w:val="2B2B2B"/>
                <w:sz w:val="19"/>
              </w:rPr>
              <w:t>Protocol Office</w:t>
            </w:r>
          </w:p>
        </w:tc>
        <w:tc>
          <w:tcPr>
            <w:tcW w:type="dxa" w:w="2041"/>
            <w:shd w:val="clear" w:color="auto" w:fill="FFFFFF"/>
            <w:tcBorders>
              <w:top w:val="single" w:sz="6" w:color="CFCFCF"/>
              <w:left w:val="single" w:sz="6" w:color="CFCFCF"/>
              <w:bottom w:val="single" w:sz="6" w:color="CFCFCF"/>
              <w:right w:val="single" w:sz="6" w:color="CFCFCF"/>
            </w:tcBorders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>
              <w:rPr>
                <w:rFonts w:ascii="Calibri" w:hAnsi="Calibri"/>
                <w:color w:val="2B2B2B"/>
                <w:sz w:val="19"/>
              </w:rPr>
            </w:r>
            <w:r>
              <w:rPr>
                <w:rFonts w:ascii="Calibri" w:hAnsi="Calibri"/>
                <w:color w:val="2B2B2B"/>
                <w:sz w:val="19"/>
              </w:rPr>
              <w:t>Example routing code: US-EX-001</w:t>
            </w:r>
            <w:r>
              <w:rPr>
                <w:rFonts w:ascii="Calibri" w:hAnsi="Calibri"/>
                <w:color w:val="2B2B2B"/>
                <w:sz w:val="19"/>
              </w:rPr>
              <w:br/>
              <w:t>Dispatch: Central pouch</w:t>
            </w:r>
          </w:p>
        </w:tc>
        <w:tc>
          <w:tcPr>
            <w:tcW w:type="dxa" w:w="2041"/>
            <w:shd w:val="clear" w:color="auto" w:fill="FFFFFF"/>
            <w:tcBorders>
              <w:top w:val="single" w:sz="6" w:color="CFCFCF"/>
              <w:left w:val="single" w:sz="6" w:color="CFCFCF"/>
              <w:bottom w:val="single" w:sz="6" w:color="CFCFCF"/>
              <w:right w:val="single" w:sz="6" w:color="CFCFCF"/>
            </w:tcBorders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>
              <w:rPr>
                <w:rFonts w:ascii="Calibri" w:hAnsi="Calibri"/>
                <w:color w:val="2B2B2B"/>
                <w:sz w:val="19"/>
              </w:rPr>
            </w:r>
            <w:r>
              <w:rPr>
                <w:rFonts w:ascii="Calibri" w:hAnsi="Calibri"/>
                <w:color w:val="2B2B2B"/>
                <w:sz w:val="19"/>
              </w:rPr>
              <w:t>Replace</w:t>
            </w:r>
          </w:p>
        </w:tc>
      </w:tr>
      <w:tr>
        <w:trPr>
          <w:cantSplit/>
          <w:trHeight w:val="539" w:hRule="atLeast"/>
        </w:trPr>
        <w:tc>
          <w:tcPr>
            <w:tcW w:type="dxa" w:w="2041"/>
            <w:shd w:val="clear" w:color="auto" w:fill="F7F3EA"/>
            <w:tcBorders>
              <w:top w:val="single" w:sz="6" w:color="CFCFCF"/>
              <w:left w:val="single" w:sz="6" w:color="CFCFCF"/>
              <w:bottom w:val="single" w:sz="6" w:color="CFCFCF"/>
              <w:right w:val="single" w:sz="6" w:color="CFCFCF"/>
            </w:tcBorders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>
              <w:rPr>
                <w:rFonts w:ascii="Calibri" w:hAnsi="Calibri"/>
                <w:color w:val="2B2B2B"/>
                <w:sz w:val="19"/>
              </w:rPr>
            </w:r>
            <w:r>
              <w:rPr>
                <w:rFonts w:ascii="Calibri" w:hAnsi="Calibri"/>
                <w:color w:val="2B2B2B"/>
                <w:sz w:val="19"/>
              </w:rPr>
              <w:t>United Kingdom</w:t>
            </w:r>
          </w:p>
        </w:tc>
        <w:tc>
          <w:tcPr>
            <w:tcW w:type="dxa" w:w="2041"/>
            <w:shd w:val="clear" w:color="auto" w:fill="F7F3EA"/>
            <w:tcBorders>
              <w:top w:val="single" w:sz="6" w:color="CFCFCF"/>
              <w:left w:val="single" w:sz="6" w:color="CFCFCF"/>
              <w:bottom w:val="single" w:sz="6" w:color="CFCFCF"/>
              <w:right w:val="single" w:sz="6" w:color="CFCFCF"/>
            </w:tcBorders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>
              <w:rPr>
                <w:rFonts w:ascii="Calibri" w:hAnsi="Calibri"/>
                <w:color w:val="2B2B2B"/>
                <w:sz w:val="19"/>
              </w:rPr>
            </w:r>
            <w:r>
              <w:rPr>
                <w:rFonts w:ascii="Calibri" w:hAnsi="Calibri"/>
                <w:color w:val="2B2B2B"/>
                <w:sz w:val="19"/>
              </w:rPr>
              <w:t>High Commission</w:t>
            </w:r>
          </w:p>
        </w:tc>
        <w:tc>
          <w:tcPr>
            <w:tcW w:type="dxa" w:w="2041"/>
            <w:shd w:val="clear" w:color="auto" w:fill="F7F3EA"/>
            <w:tcBorders>
              <w:top w:val="single" w:sz="6" w:color="CFCFCF"/>
              <w:left w:val="single" w:sz="6" w:color="CFCFCF"/>
              <w:bottom w:val="single" w:sz="6" w:color="CFCFCF"/>
              <w:right w:val="single" w:sz="6" w:color="CFCFCF"/>
            </w:tcBorders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>
              <w:rPr>
                <w:rFonts w:ascii="Calibri" w:hAnsi="Calibri"/>
                <w:color w:val="2B2B2B"/>
                <w:sz w:val="19"/>
              </w:rPr>
            </w:r>
            <w:r>
              <w:rPr>
                <w:rFonts w:ascii="Calibri" w:hAnsi="Calibri"/>
                <w:color w:val="2B2B2B"/>
                <w:sz w:val="19"/>
              </w:rPr>
              <w:t>Registry</w:t>
            </w:r>
          </w:p>
        </w:tc>
        <w:tc>
          <w:tcPr>
            <w:tcW w:type="dxa" w:w="2041"/>
            <w:shd w:val="clear" w:color="auto" w:fill="F7F3EA"/>
            <w:tcBorders>
              <w:top w:val="single" w:sz="6" w:color="CFCFCF"/>
              <w:left w:val="single" w:sz="6" w:color="CFCFCF"/>
              <w:bottom w:val="single" w:sz="6" w:color="CFCFCF"/>
              <w:right w:val="single" w:sz="6" w:color="CFCFCF"/>
            </w:tcBorders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>
              <w:rPr>
                <w:rFonts w:ascii="Calibri" w:hAnsi="Calibri"/>
                <w:color w:val="2B2B2B"/>
                <w:sz w:val="19"/>
              </w:rPr>
            </w:r>
            <w:r>
              <w:rPr>
                <w:rFonts w:ascii="Calibri" w:hAnsi="Calibri"/>
                <w:color w:val="2B2B2B"/>
                <w:sz w:val="19"/>
              </w:rPr>
              <w:t>Example routing code: UK-EX-004</w:t>
            </w:r>
            <w:r>
              <w:rPr>
                <w:rFonts w:ascii="Calibri" w:hAnsi="Calibri"/>
                <w:color w:val="2B2B2B"/>
                <w:sz w:val="19"/>
              </w:rPr>
              <w:br/>
              <w:t>Dispatch: Diplomatic mail</w:t>
            </w:r>
          </w:p>
        </w:tc>
        <w:tc>
          <w:tcPr>
            <w:tcW w:type="dxa" w:w="2041"/>
            <w:shd w:val="clear" w:color="auto" w:fill="F7F3EA"/>
            <w:tcBorders>
              <w:top w:val="single" w:sz="6" w:color="CFCFCF"/>
              <w:left w:val="single" w:sz="6" w:color="CFCFCF"/>
              <w:bottom w:val="single" w:sz="6" w:color="CFCFCF"/>
              <w:right w:val="single" w:sz="6" w:color="CFCFCF"/>
            </w:tcBorders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/>
          </w:p>
        </w:tc>
      </w:tr>
      <w:tr>
        <w:trPr>
          <w:cantSplit/>
          <w:trHeight w:val="539" w:hRule="atLeast"/>
        </w:trPr>
        <w:tc>
          <w:tcPr>
            <w:tcW w:type="dxa" w:w="2041"/>
            <w:shd w:val="clear" w:color="auto" w:fill="FFFFFF"/>
            <w:tcBorders>
              <w:top w:val="single" w:sz="6" w:color="CFCFCF"/>
              <w:left w:val="single" w:sz="6" w:color="CFCFCF"/>
              <w:bottom w:val="single" w:sz="6" w:color="CFCFCF"/>
              <w:right w:val="single" w:sz="6" w:color="CFCFCF"/>
            </w:tcBorders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>
              <w:rPr>
                <w:rFonts w:ascii="Calibri" w:hAnsi="Calibri"/>
                <w:color w:val="2B2B2B"/>
                <w:sz w:val="19"/>
              </w:rPr>
            </w:r>
            <w:r>
              <w:rPr>
                <w:rFonts w:ascii="Calibri" w:hAnsi="Calibri"/>
                <w:color w:val="2B2B2B"/>
                <w:sz w:val="19"/>
              </w:rPr>
              <w:t>France</w:t>
            </w:r>
          </w:p>
        </w:tc>
        <w:tc>
          <w:tcPr>
            <w:tcW w:type="dxa" w:w="2041"/>
            <w:shd w:val="clear" w:color="auto" w:fill="FFFFFF"/>
            <w:tcBorders>
              <w:top w:val="single" w:sz="6" w:color="CFCFCF"/>
              <w:left w:val="single" w:sz="6" w:color="CFCFCF"/>
              <w:bottom w:val="single" w:sz="6" w:color="CFCFCF"/>
              <w:right w:val="single" w:sz="6" w:color="CFCFCF"/>
            </w:tcBorders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>
              <w:rPr>
                <w:rFonts w:ascii="Calibri" w:hAnsi="Calibri"/>
                <w:color w:val="2B2B2B"/>
                <w:sz w:val="19"/>
              </w:rPr>
            </w:r>
            <w:r>
              <w:rPr>
                <w:rFonts w:ascii="Calibri" w:hAnsi="Calibri"/>
                <w:color w:val="2B2B2B"/>
                <w:sz w:val="19"/>
              </w:rPr>
              <w:t>Embassy</w:t>
            </w:r>
          </w:p>
        </w:tc>
        <w:tc>
          <w:tcPr>
            <w:tcW w:type="dxa" w:w="2041"/>
            <w:shd w:val="clear" w:color="auto" w:fill="FFFFFF"/>
            <w:tcBorders>
              <w:top w:val="single" w:sz="6" w:color="CFCFCF"/>
              <w:left w:val="single" w:sz="6" w:color="CFCFCF"/>
              <w:bottom w:val="single" w:sz="6" w:color="CFCFCF"/>
              <w:right w:val="single" w:sz="6" w:color="CFCFCF"/>
            </w:tcBorders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>
              <w:rPr>
                <w:rFonts w:ascii="Calibri" w:hAnsi="Calibri"/>
                <w:color w:val="2B2B2B"/>
                <w:sz w:val="19"/>
              </w:rPr>
            </w:r>
            <w:r>
              <w:rPr>
                <w:rFonts w:ascii="Calibri" w:hAnsi="Calibri"/>
                <w:color w:val="2B2B2B"/>
                <w:sz w:val="19"/>
              </w:rPr>
              <w:t>Chancery</w:t>
            </w:r>
          </w:p>
        </w:tc>
        <w:tc>
          <w:tcPr>
            <w:tcW w:type="dxa" w:w="2041"/>
            <w:shd w:val="clear" w:color="auto" w:fill="FFFFFF"/>
            <w:tcBorders>
              <w:top w:val="single" w:sz="6" w:color="CFCFCF"/>
              <w:left w:val="single" w:sz="6" w:color="CFCFCF"/>
              <w:bottom w:val="single" w:sz="6" w:color="CFCFCF"/>
              <w:right w:val="single" w:sz="6" w:color="CFCFCF"/>
            </w:tcBorders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>
              <w:rPr>
                <w:rFonts w:ascii="Calibri" w:hAnsi="Calibri"/>
                <w:color w:val="2B2B2B"/>
                <w:sz w:val="19"/>
              </w:rPr>
            </w:r>
            <w:r>
              <w:rPr>
                <w:rFonts w:ascii="Calibri" w:hAnsi="Calibri"/>
                <w:color w:val="2B2B2B"/>
                <w:sz w:val="19"/>
              </w:rPr>
              <w:t>Example routing code: FR-EX-011</w:t>
            </w:r>
            <w:r>
              <w:rPr>
                <w:rFonts w:ascii="Calibri" w:hAnsi="Calibri"/>
                <w:color w:val="2B2B2B"/>
                <w:sz w:val="19"/>
              </w:rPr>
              <w:br/>
              <w:t>Dispatch: Secure pouch</w:t>
            </w:r>
          </w:p>
        </w:tc>
        <w:tc>
          <w:tcPr>
            <w:tcW w:type="dxa" w:w="2041"/>
            <w:shd w:val="clear" w:color="auto" w:fill="FFFFFF"/>
            <w:tcBorders>
              <w:top w:val="single" w:sz="6" w:color="CFCFCF"/>
              <w:left w:val="single" w:sz="6" w:color="CFCFCF"/>
              <w:bottom w:val="single" w:sz="6" w:color="CFCFCF"/>
              <w:right w:val="single" w:sz="6" w:color="CFCFCF"/>
            </w:tcBorders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/>
          </w:p>
        </w:tc>
      </w:tr>
      <w:tr>
        <w:trPr>
          <w:cantSplit/>
          <w:trHeight w:val="539" w:hRule="atLeast"/>
        </w:trPr>
        <w:tc>
          <w:tcPr>
            <w:tcW w:type="dxa" w:w="2041"/>
            <w:shd w:val="clear" w:color="auto" w:fill="F7F3EA"/>
            <w:tcBorders>
              <w:top w:val="single" w:sz="6" w:color="CFCFCF"/>
              <w:left w:val="single" w:sz="6" w:color="CFCFCF"/>
              <w:bottom w:val="single" w:sz="6" w:color="CFCFCF"/>
              <w:right w:val="single" w:sz="6" w:color="CFCFCF"/>
            </w:tcBorders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>
              <w:rPr>
                <w:rFonts w:ascii="Calibri" w:hAnsi="Calibri"/>
                <w:color w:val="2B2B2B"/>
                <w:sz w:val="19"/>
              </w:rPr>
            </w:r>
            <w:r>
              <w:rPr>
                <w:rFonts w:ascii="Calibri" w:hAnsi="Calibri"/>
                <w:color w:val="2B2B2B"/>
                <w:sz w:val="19"/>
              </w:rPr>
              <w:t>Germany</w:t>
            </w:r>
          </w:p>
        </w:tc>
        <w:tc>
          <w:tcPr>
            <w:tcW w:type="dxa" w:w="2041"/>
            <w:shd w:val="clear" w:color="auto" w:fill="F7F3EA"/>
            <w:tcBorders>
              <w:top w:val="single" w:sz="6" w:color="CFCFCF"/>
              <w:left w:val="single" w:sz="6" w:color="CFCFCF"/>
              <w:bottom w:val="single" w:sz="6" w:color="CFCFCF"/>
              <w:right w:val="single" w:sz="6" w:color="CFCFCF"/>
            </w:tcBorders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>
              <w:rPr>
                <w:rFonts w:ascii="Calibri" w:hAnsi="Calibri"/>
                <w:color w:val="2B2B2B"/>
                <w:sz w:val="19"/>
              </w:rPr>
            </w:r>
            <w:r>
              <w:rPr>
                <w:rFonts w:ascii="Calibri" w:hAnsi="Calibri"/>
                <w:color w:val="2B2B2B"/>
                <w:sz w:val="19"/>
              </w:rPr>
              <w:t>Embassy</w:t>
            </w:r>
          </w:p>
        </w:tc>
        <w:tc>
          <w:tcPr>
            <w:tcW w:type="dxa" w:w="2041"/>
            <w:shd w:val="clear" w:color="auto" w:fill="F7F3EA"/>
            <w:tcBorders>
              <w:top w:val="single" w:sz="6" w:color="CFCFCF"/>
              <w:left w:val="single" w:sz="6" w:color="CFCFCF"/>
              <w:bottom w:val="single" w:sz="6" w:color="CFCFCF"/>
              <w:right w:val="single" w:sz="6" w:color="CFCFCF"/>
            </w:tcBorders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>
              <w:rPr>
                <w:rFonts w:ascii="Calibri" w:hAnsi="Calibri"/>
                <w:color w:val="2B2B2B"/>
                <w:sz w:val="19"/>
              </w:rPr>
            </w:r>
            <w:r>
              <w:rPr>
                <w:rFonts w:ascii="Calibri" w:hAnsi="Calibri"/>
                <w:color w:val="2B2B2B"/>
                <w:sz w:val="19"/>
              </w:rPr>
              <w:t>Consular Unit</w:t>
            </w:r>
          </w:p>
        </w:tc>
        <w:tc>
          <w:tcPr>
            <w:tcW w:type="dxa" w:w="2041"/>
            <w:shd w:val="clear" w:color="auto" w:fill="F7F3EA"/>
            <w:tcBorders>
              <w:top w:val="single" w:sz="6" w:color="CFCFCF"/>
              <w:left w:val="single" w:sz="6" w:color="CFCFCF"/>
              <w:bottom w:val="single" w:sz="6" w:color="CFCFCF"/>
              <w:right w:val="single" w:sz="6" w:color="CFCFCF"/>
            </w:tcBorders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>
              <w:rPr>
                <w:rFonts w:ascii="Calibri" w:hAnsi="Calibri"/>
                <w:color w:val="2B2B2B"/>
                <w:sz w:val="19"/>
              </w:rPr>
            </w:r>
            <w:r>
              <w:rPr>
                <w:rFonts w:ascii="Calibri" w:hAnsi="Calibri"/>
                <w:color w:val="2B2B2B"/>
                <w:sz w:val="19"/>
              </w:rPr>
              <w:t>Example routing code: DE-EX-003</w:t>
            </w:r>
            <w:r>
              <w:rPr>
                <w:rFonts w:ascii="Calibri" w:hAnsi="Calibri"/>
                <w:color w:val="2B2B2B"/>
                <w:sz w:val="19"/>
              </w:rPr>
              <w:br/>
              <w:t>Dispatch: Mailroom intake</w:t>
            </w:r>
          </w:p>
        </w:tc>
        <w:tc>
          <w:tcPr>
            <w:tcW w:type="dxa" w:w="2041"/>
            <w:shd w:val="clear" w:color="auto" w:fill="F7F3EA"/>
            <w:tcBorders>
              <w:top w:val="single" w:sz="6" w:color="CFCFCF"/>
              <w:left w:val="single" w:sz="6" w:color="CFCFCF"/>
              <w:bottom w:val="single" w:sz="6" w:color="CFCFCF"/>
              <w:right w:val="single" w:sz="6" w:color="CFCFCF"/>
            </w:tcBorders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/>
          </w:p>
        </w:tc>
      </w:tr>
      <w:tr>
        <w:trPr>
          <w:cantSplit/>
          <w:trHeight w:val="539" w:hRule="atLeast"/>
        </w:trPr>
        <w:tc>
          <w:tcPr>
            <w:tcW w:type="dxa" w:w="2041"/>
            <w:shd w:val="clear" w:color="auto" w:fill="FFFFFF"/>
            <w:tcBorders>
              <w:top w:val="single" w:sz="6" w:color="CFCFCF"/>
              <w:left w:val="single" w:sz="6" w:color="CFCFCF"/>
              <w:bottom w:val="single" w:sz="6" w:color="CFCFCF"/>
              <w:right w:val="single" w:sz="6" w:color="CFCFCF"/>
            </w:tcBorders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/>
          </w:p>
        </w:tc>
        <w:tc>
          <w:tcPr>
            <w:tcW w:type="dxa" w:w="2041"/>
            <w:shd w:val="clear" w:color="auto" w:fill="FFFFFF"/>
            <w:tcBorders>
              <w:top w:val="single" w:sz="6" w:color="CFCFCF"/>
              <w:left w:val="single" w:sz="6" w:color="CFCFCF"/>
              <w:bottom w:val="single" w:sz="6" w:color="CFCFCF"/>
              <w:right w:val="single" w:sz="6" w:color="CFCFCF"/>
            </w:tcBorders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/>
          </w:p>
        </w:tc>
        <w:tc>
          <w:tcPr>
            <w:tcW w:type="dxa" w:w="2041"/>
            <w:shd w:val="clear" w:color="auto" w:fill="FFFFFF"/>
            <w:tcBorders>
              <w:top w:val="single" w:sz="6" w:color="CFCFCF"/>
              <w:left w:val="single" w:sz="6" w:color="CFCFCF"/>
              <w:bottom w:val="single" w:sz="6" w:color="CFCFCF"/>
              <w:right w:val="single" w:sz="6" w:color="CFCFCF"/>
            </w:tcBorders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/>
          </w:p>
        </w:tc>
        <w:tc>
          <w:tcPr>
            <w:tcW w:type="dxa" w:w="2041"/>
            <w:shd w:val="clear" w:color="auto" w:fill="FFFFFF"/>
            <w:tcBorders>
              <w:top w:val="single" w:sz="6" w:color="CFCFCF"/>
              <w:left w:val="single" w:sz="6" w:color="CFCFCF"/>
              <w:bottom w:val="single" w:sz="6" w:color="CFCFCF"/>
              <w:right w:val="single" w:sz="6" w:color="CFCFCF"/>
            </w:tcBorders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/>
          </w:p>
        </w:tc>
        <w:tc>
          <w:tcPr>
            <w:tcW w:type="dxa" w:w="2041"/>
            <w:shd w:val="clear" w:color="auto" w:fill="FFFFFF"/>
            <w:tcBorders>
              <w:top w:val="single" w:sz="6" w:color="CFCFCF"/>
              <w:left w:val="single" w:sz="6" w:color="CFCFCF"/>
              <w:bottom w:val="single" w:sz="6" w:color="CFCFCF"/>
              <w:right w:val="single" w:sz="6" w:color="CFCFCF"/>
            </w:tcBorders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/>
          </w:p>
        </w:tc>
      </w:tr>
      <w:tr>
        <w:trPr>
          <w:cantSplit/>
          <w:trHeight w:val="539" w:hRule="atLeast"/>
        </w:trPr>
        <w:tc>
          <w:tcPr>
            <w:tcW w:type="dxa" w:w="2041"/>
            <w:shd w:val="clear" w:color="auto" w:fill="F7F3EA"/>
            <w:tcBorders>
              <w:top w:val="single" w:sz="6" w:color="CFCFCF"/>
              <w:left w:val="single" w:sz="6" w:color="CFCFCF"/>
              <w:bottom w:val="single" w:sz="6" w:color="CFCFCF"/>
              <w:right w:val="single" w:sz="6" w:color="CFCFCF"/>
            </w:tcBorders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/>
          </w:p>
        </w:tc>
        <w:tc>
          <w:tcPr>
            <w:tcW w:type="dxa" w:w="2041"/>
            <w:shd w:val="clear" w:color="auto" w:fill="F7F3EA"/>
            <w:tcBorders>
              <w:top w:val="single" w:sz="6" w:color="CFCFCF"/>
              <w:left w:val="single" w:sz="6" w:color="CFCFCF"/>
              <w:bottom w:val="single" w:sz="6" w:color="CFCFCF"/>
              <w:right w:val="single" w:sz="6" w:color="CFCFCF"/>
            </w:tcBorders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/>
          </w:p>
        </w:tc>
        <w:tc>
          <w:tcPr>
            <w:tcW w:type="dxa" w:w="2041"/>
            <w:shd w:val="clear" w:color="auto" w:fill="F7F3EA"/>
            <w:tcBorders>
              <w:top w:val="single" w:sz="6" w:color="CFCFCF"/>
              <w:left w:val="single" w:sz="6" w:color="CFCFCF"/>
              <w:bottom w:val="single" w:sz="6" w:color="CFCFCF"/>
              <w:right w:val="single" w:sz="6" w:color="CFCFCF"/>
            </w:tcBorders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/>
          </w:p>
        </w:tc>
        <w:tc>
          <w:tcPr>
            <w:tcW w:type="dxa" w:w="2041"/>
            <w:shd w:val="clear" w:color="auto" w:fill="F7F3EA"/>
            <w:tcBorders>
              <w:top w:val="single" w:sz="6" w:color="CFCFCF"/>
              <w:left w:val="single" w:sz="6" w:color="CFCFCF"/>
              <w:bottom w:val="single" w:sz="6" w:color="CFCFCF"/>
              <w:right w:val="single" w:sz="6" w:color="CFCFCF"/>
            </w:tcBorders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/>
          </w:p>
        </w:tc>
        <w:tc>
          <w:tcPr>
            <w:tcW w:type="dxa" w:w="2041"/>
            <w:shd w:val="clear" w:color="auto" w:fill="F7F3EA"/>
            <w:tcBorders>
              <w:top w:val="single" w:sz="6" w:color="CFCFCF"/>
              <w:left w:val="single" w:sz="6" w:color="CFCFCF"/>
              <w:bottom w:val="single" w:sz="6" w:color="CFCFCF"/>
              <w:right w:val="single" w:sz="6" w:color="CFCFCF"/>
            </w:tcBorders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/>
          </w:p>
        </w:tc>
      </w:tr>
      <w:tr>
        <w:trPr>
          <w:cantSplit/>
          <w:trHeight w:val="539" w:hRule="atLeast"/>
        </w:trPr>
        <w:tc>
          <w:tcPr>
            <w:tcW w:type="dxa" w:w="2041"/>
            <w:shd w:val="clear" w:color="auto" w:fill="FFFFFF"/>
            <w:tcBorders>
              <w:top w:val="single" w:sz="6" w:color="CFCFCF"/>
              <w:left w:val="single" w:sz="6" w:color="CFCFCF"/>
              <w:bottom w:val="single" w:sz="6" w:color="CFCFCF"/>
              <w:right w:val="single" w:sz="6" w:color="CFCFCF"/>
            </w:tcBorders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/>
          </w:p>
        </w:tc>
        <w:tc>
          <w:tcPr>
            <w:tcW w:type="dxa" w:w="2041"/>
            <w:shd w:val="clear" w:color="auto" w:fill="FFFFFF"/>
            <w:tcBorders>
              <w:top w:val="single" w:sz="6" w:color="CFCFCF"/>
              <w:left w:val="single" w:sz="6" w:color="CFCFCF"/>
              <w:bottom w:val="single" w:sz="6" w:color="CFCFCF"/>
              <w:right w:val="single" w:sz="6" w:color="CFCFCF"/>
            </w:tcBorders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/>
          </w:p>
        </w:tc>
        <w:tc>
          <w:tcPr>
            <w:tcW w:type="dxa" w:w="2041"/>
            <w:shd w:val="clear" w:color="auto" w:fill="FFFFFF"/>
            <w:tcBorders>
              <w:top w:val="single" w:sz="6" w:color="CFCFCF"/>
              <w:left w:val="single" w:sz="6" w:color="CFCFCF"/>
              <w:bottom w:val="single" w:sz="6" w:color="CFCFCF"/>
              <w:right w:val="single" w:sz="6" w:color="CFCFCF"/>
            </w:tcBorders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/>
          </w:p>
        </w:tc>
        <w:tc>
          <w:tcPr>
            <w:tcW w:type="dxa" w:w="2041"/>
            <w:shd w:val="clear" w:color="auto" w:fill="FFFFFF"/>
            <w:tcBorders>
              <w:top w:val="single" w:sz="6" w:color="CFCFCF"/>
              <w:left w:val="single" w:sz="6" w:color="CFCFCF"/>
              <w:bottom w:val="single" w:sz="6" w:color="CFCFCF"/>
              <w:right w:val="single" w:sz="6" w:color="CFCFCF"/>
            </w:tcBorders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/>
          </w:p>
        </w:tc>
        <w:tc>
          <w:tcPr>
            <w:tcW w:type="dxa" w:w="2041"/>
            <w:shd w:val="clear" w:color="auto" w:fill="FFFFFF"/>
            <w:tcBorders>
              <w:top w:val="single" w:sz="6" w:color="CFCFCF"/>
              <w:left w:val="single" w:sz="6" w:color="CFCFCF"/>
              <w:bottom w:val="single" w:sz="6" w:color="CFCFCF"/>
              <w:right w:val="single" w:sz="6" w:color="CFCFCF"/>
            </w:tcBorders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/>
          </w:p>
        </w:tc>
      </w:tr>
    </w:tbl>
    <w:p>
      <w:pPr>
        <w:spacing w:before="20" w:after="20" w:line="240" w:lineRule="auto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F7F3EA"/>
            <w:tcBorders>
              <w:top w:val="single" w:sz="6" w:color="CFCFCF"/>
              <w:left w:val="single" w:sz="6" w:color="CFCFCF"/>
              <w:bottom w:val="single" w:sz="6" w:color="CFCFCF"/>
              <w:right w:val="single" w:sz="6" w:color="CFCFCF"/>
            </w:tcBorders>
            <w:tcMar>
              <w:top w:w="90" w:type="dxa"/>
              <w:start w:w="180" w:type="dxa"/>
              <w:bottom w:w="90" w:type="dxa"/>
              <w:end w:w="180" w:type="dxa"/>
            </w:tcMar>
          </w:tcPr>
          <w:p>
            <w:pPr>
              <w:spacing w:before="0" w:after="40" w:line="240" w:lineRule="auto"/>
            </w:pPr>
            <w:r/>
            <w:r>
              <w:rPr>
                <w:rFonts w:ascii="Calibri" w:hAnsi="Calibri"/>
                <w:b/>
                <w:color w:val="2B2B2B"/>
                <w:sz w:val="21"/>
              </w:rPr>
              <w:t>Handling notes</w:t>
            </w:r>
          </w:p>
          <w:p>
            <w:pPr>
              <w:pStyle w:val="ListBullet"/>
              <w:spacing w:before="0" w:after="0" w:line="240" w:lineRule="auto"/>
            </w:pPr>
            <w:r>
              <w:rPr>
                <w:rFonts w:ascii="Calibri" w:hAnsi="Calibri"/>
                <w:color w:val="2B2B2B"/>
                <w:sz w:val="19"/>
              </w:rPr>
              <w:t>Use routing codes when the pouch chain is managed by dispatch points.</w:t>
            </w:r>
          </w:p>
          <w:p>
            <w:pPr>
              <w:pStyle w:val="ListBullet"/>
              <w:spacing w:before="0" w:after="0" w:line="240" w:lineRule="auto"/>
            </w:pPr>
            <w:r>
              <w:rPr>
                <w:rFonts w:ascii="Calibri" w:hAnsi="Calibri"/>
                <w:color w:val="2B2B2B"/>
                <w:sz w:val="19"/>
              </w:rPr>
              <w:t>Keep one custodian and validate updates after any section change.</w:t>
            </w:r>
          </w:p>
          <w:p>
            <w:pPr>
              <w:pStyle w:val="ListBullet"/>
              <w:spacing w:before="0" w:after="0" w:line="240" w:lineRule="auto"/>
            </w:pPr>
            <w:r>
              <w:rPr>
                <w:rFonts w:ascii="Calibri" w:hAnsi="Calibri"/>
                <w:color w:val="2B2B2B"/>
                <w:sz w:val="19"/>
              </w:rPr>
              <w:t>For labels, copy Country, Mission, Pouch reference exactly.</w:t>
            </w:r>
          </w:p>
        </w:tc>
      </w:tr>
    </w:tbl>
    <w:p>
      <w:pPr>
        <w:sectPr>
          <w:footerReference w:type="default" r:id="rId9"/>
          <w:pgSz w:w="11906" w:h="16838"/>
          <w:pgMar w:top="850" w:right="850" w:bottom="850" w:left="850" w:header="720" w:footer="720" w:gutter="0"/>
          <w:cols w:space="720"/>
          <w:docGrid w:linePitch="360"/>
        </w:sectPr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06"/>
      </w:tblGrid>
      <w:tr>
        <w:trPr>
          <w:trHeight w:val="1587" w:hRule="exact"/>
        </w:trPr>
        <w:tc>
          <w:tcPr>
            <w:tcW w:type="dxa" w:w="10206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start w:w="150" w:type="dxa"/>
              <w:bottom w:w="120" w:type="dxa"/>
              <w:end w:w="150" w:type="dxa"/>
            </w:tcMar>
            <w:shd w:val="clear" w:color="auto" w:fill="1D5A3A"/>
            <w:vAlign w:val="center"/>
          </w:tcPr>
          <w:p>
            <w:pPr>
              <w:spacing w:before="0" w:after="40" w:line="240" w:lineRule="auto"/>
              <w:jc w:val="left"/>
            </w:pPr>
            <w:r>
              <w:rPr>
                <w:rFonts w:ascii="Calibri" w:hAnsi="Calibri"/>
                <w:b/>
                <w:color w:val="FFFFFF"/>
                <w:sz w:val="52"/>
              </w:rPr>
              <w:t>Label Blocks for Pouch Items</w:t>
            </w:r>
          </w:p>
          <w:p>
            <w:pPr>
              <w:spacing w:before="0" w:after="0" w:line="240" w:lineRule="auto"/>
              <w:jc w:val="left"/>
            </w:pPr>
            <w:r>
              <w:rPr>
                <w:rFonts w:ascii="Calibri" w:hAnsi="Calibri"/>
                <w:color w:val="E6E6E6"/>
                <w:sz w:val="24"/>
              </w:rPr>
              <w:t>Print on label stock or cut along guide lines</w:t>
            </w:r>
          </w:p>
        </w:tc>
      </w:tr>
      <w:tr>
        <w:trPr>
          <w:trHeight w:val="125" w:hRule="exact"/>
        </w:trPr>
        <w:tc>
          <w:tcPr>
            <w:tcW w:type="dxa" w:w="10206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start w:w="150" w:type="dxa"/>
              <w:bottom w:w="120" w:type="dxa"/>
              <w:end w:w="150" w:type="dxa"/>
            </w:tcMar>
            <w:shd w:val="clear" w:color="auto" w:fill="C6A15B"/>
          </w:tcPr>
          <w:p/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402"/>
        <w:gridCol w:w="3402"/>
        <w:gridCol w:w="3402"/>
      </w:tblGrid>
      <w:tr>
        <w:trPr>
          <w:cantSplit/>
          <w:trHeight w:val="1871" w:hRule="atLeast"/>
        </w:trPr>
        <w:tc>
          <w:tcPr>
            <w:tcW w:type="dxa" w:w="340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start w:w="40" w:type="dxa"/>
              <w:bottom w:w="30" w:type="dxa"/>
              <w:end w:w="40" w:type="dxa"/>
            </w:tcMar>
            <w:vAlign w:val="top"/>
          </w:tcPr>
          <w:p>
            <w:r/>
          </w:p>
          <w:tbl>
            <w:tblPr>
              <w:tblW w:type="auto" w:w="0"/>
              <w:jc w:val="center"/>
              <w:tblLayout w:type="fixed"/>
              <w:tblLook w:firstColumn="1" w:firstRow="1" w:lastColumn="0" w:lastRow="0" w:noHBand="0" w:noVBand="1" w:val="04A0"/>
            </w:tblPr>
            <w:tblGrid>
              <w:gridCol w:w="3402"/>
            </w:tblGrid>
            <w:tr>
              <w:trPr>
                <w:trHeight w:val="170" w:hRule="exact"/>
              </w:trP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6B1D1D"/>
                </w:tcPr>
                <w:p>
                  <w:r/>
                </w:p>
              </w:tc>
            </w:tr>
            <w:tr>
              <w:trPr>
                <w:trHeight w:val="57" w:hRule="exact"/>
              </w:trP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C6A15B"/>
                </w:tcPr>
                <w:p>
                  <w:r/>
                </w:p>
              </w:tc>
            </w:tr>
            <w:t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FFFFFF"/>
                </w:tcPr>
                <w:p>
                  <w:pPr>
                    <w:spacing w:before="0" w:after="0" w:line="240" w:lineRule="auto"/>
                  </w:pPr>
                  <w:r/>
                  <w:r>
                    <w:rPr>
                      <w:rFonts w:ascii="Calibri" w:hAnsi="Calibri"/>
                      <w:b/>
                      <w:color w:val="2B2B2B"/>
                      <w:sz w:val="21"/>
                    </w:rPr>
                    <w:t>United States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Embassy - Protocol Section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Pouch ref: US-EX-001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Attention: Registry</w:t>
                  </w:r>
                </w:p>
              </w:tc>
            </w:tr>
          </w:tbl>
          <w:p/>
        </w:tc>
        <w:tc>
          <w:tcPr>
            <w:tcW w:type="dxa" w:w="340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start w:w="40" w:type="dxa"/>
              <w:bottom w:w="30" w:type="dxa"/>
              <w:end w:w="40" w:type="dxa"/>
            </w:tcMar>
            <w:vAlign w:val="top"/>
          </w:tcPr>
          <w:p>
            <w:r/>
          </w:p>
          <w:tbl>
            <w:tblPr>
              <w:tblW w:type="auto" w:w="0"/>
              <w:jc w:val="center"/>
              <w:tblLayout w:type="fixed"/>
              <w:tblLook w:firstColumn="1" w:firstRow="1" w:lastColumn="0" w:lastRow="0" w:noHBand="0" w:noVBand="1" w:val="04A0"/>
            </w:tblPr>
            <w:tblGrid>
              <w:gridCol w:w="3402"/>
            </w:tblGrid>
            <w:tr>
              <w:trPr>
                <w:trHeight w:val="170" w:hRule="exact"/>
              </w:trP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6B1D1D"/>
                </w:tcPr>
                <w:p>
                  <w:r/>
                </w:p>
              </w:tc>
            </w:tr>
            <w:tr>
              <w:trPr>
                <w:trHeight w:val="57" w:hRule="exact"/>
              </w:trP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C6A15B"/>
                </w:tcPr>
                <w:p>
                  <w:r/>
                </w:p>
              </w:tc>
            </w:tr>
            <w:t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FFFFFF"/>
                </w:tcPr>
                <w:p>
                  <w:pPr>
                    <w:spacing w:before="0" w:after="0" w:line="240" w:lineRule="auto"/>
                  </w:pPr>
                  <w:r/>
                  <w:r>
                    <w:rPr>
                      <w:rFonts w:ascii="Calibri" w:hAnsi="Calibri"/>
                      <w:b/>
                      <w:color w:val="2B2B2B"/>
                      <w:sz w:val="21"/>
                    </w:rPr>
                    <w:t>United Kingdom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High Commission - Admin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Pouch ref: UK-EX-004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Attention: Dispatch</w:t>
                  </w:r>
                </w:p>
              </w:tc>
            </w:tr>
          </w:tbl>
          <w:p/>
        </w:tc>
        <w:tc>
          <w:tcPr>
            <w:tcW w:type="dxa" w:w="340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start w:w="40" w:type="dxa"/>
              <w:bottom w:w="30" w:type="dxa"/>
              <w:end w:w="40" w:type="dxa"/>
            </w:tcMar>
            <w:vAlign w:val="top"/>
          </w:tcPr>
          <w:p>
            <w:r/>
          </w:p>
          <w:tbl>
            <w:tblPr>
              <w:tblW w:type="auto" w:w="0"/>
              <w:jc w:val="center"/>
              <w:tblLayout w:type="fixed"/>
              <w:tblLook w:firstColumn="1" w:firstRow="1" w:lastColumn="0" w:lastRow="0" w:noHBand="0" w:noVBand="1" w:val="04A0"/>
            </w:tblPr>
            <w:tblGrid>
              <w:gridCol w:w="3402"/>
            </w:tblGrid>
            <w:tr>
              <w:trPr>
                <w:trHeight w:val="170" w:hRule="exact"/>
              </w:trP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6B1D1D"/>
                </w:tcPr>
                <w:p>
                  <w:r/>
                </w:p>
              </w:tc>
            </w:tr>
            <w:tr>
              <w:trPr>
                <w:trHeight w:val="57" w:hRule="exact"/>
              </w:trP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C6A15B"/>
                </w:tcPr>
                <w:p>
                  <w:r/>
                </w:p>
              </w:tc>
            </w:tr>
            <w:t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FFFFFF"/>
                </w:tcPr>
                <w:p>
                  <w:pPr>
                    <w:spacing w:before="0" w:after="0" w:line="240" w:lineRule="auto"/>
                  </w:pPr>
                  <w:r/>
                  <w:r>
                    <w:rPr>
                      <w:rFonts w:ascii="Calibri" w:hAnsi="Calibri"/>
                      <w:b/>
                      <w:color w:val="2B2B2B"/>
                      <w:sz w:val="21"/>
                    </w:rPr>
                    <w:t>France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Embassy - Chancery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Pouch ref: FR-EX-011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Attention: Mailroom</w:t>
                  </w:r>
                </w:p>
              </w:tc>
            </w:tr>
          </w:tbl>
          <w:p/>
        </w:tc>
      </w:tr>
      <w:tr>
        <w:trPr>
          <w:cantSplit/>
          <w:trHeight w:val="1871" w:hRule="atLeast"/>
        </w:trPr>
        <w:tc>
          <w:tcPr>
            <w:tcW w:type="dxa" w:w="340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start w:w="40" w:type="dxa"/>
              <w:bottom w:w="30" w:type="dxa"/>
              <w:end w:w="40" w:type="dxa"/>
            </w:tcMar>
            <w:vAlign w:val="top"/>
          </w:tcPr>
          <w:p>
            <w:r/>
          </w:p>
          <w:tbl>
            <w:tblPr>
              <w:tblW w:type="auto" w:w="0"/>
              <w:jc w:val="center"/>
              <w:tblLayout w:type="fixed"/>
              <w:tblLook w:firstColumn="1" w:firstRow="1" w:lastColumn="0" w:lastRow="0" w:noHBand="0" w:noVBand="1" w:val="04A0"/>
            </w:tblPr>
            <w:tblGrid>
              <w:gridCol w:w="3402"/>
            </w:tblGrid>
            <w:tr>
              <w:trPr>
                <w:trHeight w:val="170" w:hRule="exact"/>
              </w:trP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6B1D1D"/>
                </w:tcPr>
                <w:p>
                  <w:r/>
                </w:p>
              </w:tc>
            </w:tr>
            <w:tr>
              <w:trPr>
                <w:trHeight w:val="57" w:hRule="exact"/>
              </w:trP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C6A15B"/>
                </w:tcPr>
                <w:p>
                  <w:r/>
                </w:p>
              </w:tc>
            </w:tr>
            <w:t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FFFFFF"/>
                </w:tcPr>
                <w:p>
                  <w:pPr>
                    <w:spacing w:before="0" w:after="0" w:line="240" w:lineRule="auto"/>
                  </w:pPr>
                  <w:r/>
                  <w:r>
                    <w:rPr>
                      <w:rFonts w:ascii="Calibri" w:hAnsi="Calibri"/>
                      <w:b/>
                      <w:color w:val="2B2B2B"/>
                      <w:sz w:val="21"/>
                    </w:rPr>
                    <w:t>Germany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Embassy - Consular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Pouch ref: DE-EX-003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Attention: Consular Unit</w:t>
                  </w:r>
                </w:p>
              </w:tc>
            </w:tr>
          </w:tbl>
          <w:p/>
        </w:tc>
        <w:tc>
          <w:tcPr>
            <w:tcW w:type="dxa" w:w="340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start w:w="40" w:type="dxa"/>
              <w:bottom w:w="30" w:type="dxa"/>
              <w:end w:w="40" w:type="dxa"/>
            </w:tcMar>
            <w:vAlign w:val="top"/>
          </w:tcPr>
          <w:p>
            <w:r/>
          </w:p>
          <w:tbl>
            <w:tblPr>
              <w:tblW w:type="auto" w:w="0"/>
              <w:jc w:val="center"/>
              <w:tblLayout w:type="fixed"/>
              <w:tblLook w:firstColumn="1" w:firstRow="1" w:lastColumn="0" w:lastRow="0" w:noHBand="0" w:noVBand="1" w:val="04A0"/>
            </w:tblPr>
            <w:tblGrid>
              <w:gridCol w:w="3402"/>
            </w:tblGrid>
            <w:tr>
              <w:trPr>
                <w:trHeight w:val="170" w:hRule="exact"/>
              </w:trP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6B1D1D"/>
                </w:tcPr>
                <w:p>
                  <w:r/>
                </w:p>
              </w:tc>
            </w:tr>
            <w:tr>
              <w:trPr>
                <w:trHeight w:val="57" w:hRule="exact"/>
              </w:trP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C6A15B"/>
                </w:tcPr>
                <w:p>
                  <w:r/>
                </w:p>
              </w:tc>
            </w:tr>
            <w:t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FFFFFF"/>
                </w:tcPr>
                <w:p>
                  <w:pPr>
                    <w:spacing w:before="0" w:after="0" w:line="240" w:lineRule="auto"/>
                  </w:pPr>
                  <w:r/>
                  <w:r>
                    <w:rPr>
                      <w:rFonts w:ascii="Calibri" w:hAnsi="Calibri"/>
                      <w:b/>
                      <w:color w:val="2B2B2B"/>
                      <w:sz w:val="21"/>
                    </w:rPr>
                    <w:t>Canada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Embassy - Security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Pouch ref: CA-EX-006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Attention: Security Officer</w:t>
                  </w:r>
                </w:p>
              </w:tc>
            </w:tr>
          </w:tbl>
          <w:p/>
        </w:tc>
        <w:tc>
          <w:tcPr>
            <w:tcW w:type="dxa" w:w="340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start w:w="40" w:type="dxa"/>
              <w:bottom w:w="30" w:type="dxa"/>
              <w:end w:w="40" w:type="dxa"/>
            </w:tcMar>
            <w:vAlign w:val="top"/>
          </w:tcPr>
          <w:p>
            <w:r/>
          </w:p>
          <w:tbl>
            <w:tblPr>
              <w:tblW w:type="auto" w:w="0"/>
              <w:jc w:val="center"/>
              <w:tblLayout w:type="fixed"/>
              <w:tblLook w:firstColumn="1" w:firstRow="1" w:lastColumn="0" w:lastRow="0" w:noHBand="0" w:noVBand="1" w:val="04A0"/>
            </w:tblPr>
            <w:tblGrid>
              <w:gridCol w:w="3402"/>
            </w:tblGrid>
            <w:tr>
              <w:trPr>
                <w:trHeight w:val="170" w:hRule="exact"/>
              </w:trP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6B1D1D"/>
                </w:tcPr>
                <w:p>
                  <w:r/>
                </w:p>
              </w:tc>
            </w:tr>
            <w:tr>
              <w:trPr>
                <w:trHeight w:val="57" w:hRule="exact"/>
              </w:trP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C6A15B"/>
                </w:tcPr>
                <w:p>
                  <w:r/>
                </w:p>
              </w:tc>
            </w:tr>
            <w:t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FFFFFF"/>
                </w:tcPr>
                <w:p>
                  <w:pPr>
                    <w:spacing w:before="0" w:after="0" w:line="240" w:lineRule="auto"/>
                  </w:pPr>
                  <w:r/>
                  <w:r>
                    <w:rPr>
                      <w:rFonts w:ascii="Calibri" w:hAnsi="Calibri"/>
                      <w:b/>
                      <w:color w:val="2B2B2B"/>
                      <w:sz w:val="21"/>
                    </w:rPr>
                    <w:t>Spain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Embassy - Cultural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Pouch ref: ES-EX-008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Attention: Cultural Attache</w:t>
                  </w:r>
                </w:p>
              </w:tc>
            </w:tr>
          </w:tbl>
          <w:p/>
        </w:tc>
      </w:tr>
      <w:tr>
        <w:trPr>
          <w:cantSplit/>
          <w:trHeight w:val="1871" w:hRule="atLeast"/>
        </w:trPr>
        <w:tc>
          <w:tcPr>
            <w:tcW w:type="dxa" w:w="340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start w:w="40" w:type="dxa"/>
              <w:bottom w:w="30" w:type="dxa"/>
              <w:end w:w="40" w:type="dxa"/>
            </w:tcMar>
            <w:vAlign w:val="top"/>
          </w:tcPr>
          <w:p>
            <w:r/>
          </w:p>
          <w:tbl>
            <w:tblPr>
              <w:tblW w:type="auto" w:w="0"/>
              <w:jc w:val="center"/>
              <w:tblLayout w:type="fixed"/>
              <w:tblLook w:firstColumn="1" w:firstRow="1" w:lastColumn="0" w:lastRow="0" w:noHBand="0" w:noVBand="1" w:val="04A0"/>
            </w:tblPr>
            <w:tblGrid>
              <w:gridCol w:w="3402"/>
            </w:tblGrid>
            <w:tr>
              <w:trPr>
                <w:trHeight w:val="170" w:hRule="exact"/>
              </w:trP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6B1D1D"/>
                </w:tcPr>
                <w:p>
                  <w:r/>
                </w:p>
              </w:tc>
            </w:tr>
            <w:tr>
              <w:trPr>
                <w:trHeight w:val="57" w:hRule="exact"/>
              </w:trP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C6A15B"/>
                </w:tcPr>
                <w:p>
                  <w:r/>
                </w:p>
              </w:tc>
            </w:tr>
            <w:t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FFFFFF"/>
                </w:tcPr>
                <w:p>
                  <w:pPr>
                    <w:spacing w:before="0" w:after="0" w:line="240" w:lineRule="auto"/>
                  </w:pPr>
                  <w:r/>
                  <w:r>
                    <w:rPr>
                      <w:rFonts w:ascii="Calibri" w:hAnsi="Calibri"/>
                      <w:b/>
                      <w:color w:val="2B2B2B"/>
                      <w:sz w:val="21"/>
                    </w:rPr>
                    <w:t>Country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Mission or office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Pouch reference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Attention</w:t>
                  </w:r>
                </w:p>
              </w:tc>
            </w:tr>
          </w:tbl>
          <w:p/>
        </w:tc>
        <w:tc>
          <w:tcPr>
            <w:tcW w:type="dxa" w:w="340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start w:w="40" w:type="dxa"/>
              <w:bottom w:w="30" w:type="dxa"/>
              <w:end w:w="40" w:type="dxa"/>
            </w:tcMar>
            <w:vAlign w:val="top"/>
          </w:tcPr>
          <w:p>
            <w:r/>
          </w:p>
          <w:tbl>
            <w:tblPr>
              <w:tblW w:type="auto" w:w="0"/>
              <w:jc w:val="center"/>
              <w:tblLayout w:type="fixed"/>
              <w:tblLook w:firstColumn="1" w:firstRow="1" w:lastColumn="0" w:lastRow="0" w:noHBand="0" w:noVBand="1" w:val="04A0"/>
            </w:tblPr>
            <w:tblGrid>
              <w:gridCol w:w="3402"/>
            </w:tblGrid>
            <w:tr>
              <w:trPr>
                <w:trHeight w:val="170" w:hRule="exact"/>
              </w:trP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6B1D1D"/>
                </w:tcPr>
                <w:p>
                  <w:r/>
                </w:p>
              </w:tc>
            </w:tr>
            <w:tr>
              <w:trPr>
                <w:trHeight w:val="57" w:hRule="exact"/>
              </w:trP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C6A15B"/>
                </w:tcPr>
                <w:p>
                  <w:r/>
                </w:p>
              </w:tc>
            </w:tr>
            <w:t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FFFFFF"/>
                </w:tcPr>
                <w:p>
                  <w:pPr>
                    <w:spacing w:before="0" w:after="0" w:line="240" w:lineRule="auto"/>
                  </w:pPr>
                  <w:r/>
                  <w:r>
                    <w:rPr>
                      <w:rFonts w:ascii="Calibri" w:hAnsi="Calibri"/>
                      <w:b/>
                      <w:color w:val="2B2B2B"/>
                      <w:sz w:val="21"/>
                    </w:rPr>
                    <w:t>Country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Mission or office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Pouch reference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Attention</w:t>
                  </w:r>
                </w:p>
              </w:tc>
            </w:tr>
          </w:tbl>
          <w:p/>
        </w:tc>
        <w:tc>
          <w:tcPr>
            <w:tcW w:type="dxa" w:w="340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start w:w="40" w:type="dxa"/>
              <w:bottom w:w="30" w:type="dxa"/>
              <w:end w:w="40" w:type="dxa"/>
            </w:tcMar>
            <w:vAlign w:val="top"/>
          </w:tcPr>
          <w:p>
            <w:r/>
          </w:p>
          <w:tbl>
            <w:tblPr>
              <w:tblW w:type="auto" w:w="0"/>
              <w:jc w:val="center"/>
              <w:tblLayout w:type="fixed"/>
              <w:tblLook w:firstColumn="1" w:firstRow="1" w:lastColumn="0" w:lastRow="0" w:noHBand="0" w:noVBand="1" w:val="04A0"/>
            </w:tblPr>
            <w:tblGrid>
              <w:gridCol w:w="3402"/>
            </w:tblGrid>
            <w:tr>
              <w:trPr>
                <w:trHeight w:val="170" w:hRule="exact"/>
              </w:trP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6B1D1D"/>
                </w:tcPr>
                <w:p>
                  <w:r/>
                </w:p>
              </w:tc>
            </w:tr>
            <w:tr>
              <w:trPr>
                <w:trHeight w:val="57" w:hRule="exact"/>
              </w:trP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C6A15B"/>
                </w:tcPr>
                <w:p>
                  <w:r/>
                </w:p>
              </w:tc>
            </w:tr>
            <w:t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FFFFFF"/>
                </w:tcPr>
                <w:p>
                  <w:pPr>
                    <w:spacing w:before="0" w:after="0" w:line="240" w:lineRule="auto"/>
                  </w:pPr>
                  <w:r/>
                  <w:r>
                    <w:rPr>
                      <w:rFonts w:ascii="Calibri" w:hAnsi="Calibri"/>
                      <w:b/>
                      <w:color w:val="2B2B2B"/>
                      <w:sz w:val="21"/>
                    </w:rPr>
                    <w:t>Country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Mission or office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Pouch reference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Attention</w:t>
                  </w:r>
                </w:p>
              </w:tc>
            </w:tr>
          </w:tbl>
          <w:p/>
        </w:tc>
      </w:tr>
      <w:tr>
        <w:trPr>
          <w:cantSplit/>
          <w:trHeight w:val="1871" w:hRule="atLeast"/>
        </w:trPr>
        <w:tc>
          <w:tcPr>
            <w:tcW w:type="dxa" w:w="340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start w:w="40" w:type="dxa"/>
              <w:bottom w:w="30" w:type="dxa"/>
              <w:end w:w="40" w:type="dxa"/>
            </w:tcMar>
            <w:vAlign w:val="top"/>
          </w:tcPr>
          <w:p>
            <w:r/>
          </w:p>
          <w:tbl>
            <w:tblPr>
              <w:tblW w:type="auto" w:w="0"/>
              <w:jc w:val="center"/>
              <w:tblLayout w:type="fixed"/>
              <w:tblLook w:firstColumn="1" w:firstRow="1" w:lastColumn="0" w:lastRow="0" w:noHBand="0" w:noVBand="1" w:val="04A0"/>
            </w:tblPr>
            <w:tblGrid>
              <w:gridCol w:w="3402"/>
            </w:tblGrid>
            <w:tr>
              <w:trPr>
                <w:trHeight w:val="170" w:hRule="exact"/>
              </w:trP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6B1D1D"/>
                </w:tcPr>
                <w:p>
                  <w:r/>
                </w:p>
              </w:tc>
            </w:tr>
            <w:tr>
              <w:trPr>
                <w:trHeight w:val="57" w:hRule="exact"/>
              </w:trP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C6A15B"/>
                </w:tcPr>
                <w:p>
                  <w:r/>
                </w:p>
              </w:tc>
            </w:tr>
            <w:t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FFFFFF"/>
                </w:tcPr>
                <w:p>
                  <w:pPr>
                    <w:spacing w:before="0" w:after="0" w:line="240" w:lineRule="auto"/>
                  </w:pPr>
                  <w:r/>
                  <w:r>
                    <w:rPr>
                      <w:rFonts w:ascii="Calibri" w:hAnsi="Calibri"/>
                      <w:b/>
                      <w:color w:val="2B2B2B"/>
                      <w:sz w:val="21"/>
                    </w:rPr>
                    <w:t>Country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Mission or office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Pouch reference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Attention</w:t>
                  </w:r>
                </w:p>
              </w:tc>
            </w:tr>
          </w:tbl>
          <w:p/>
        </w:tc>
        <w:tc>
          <w:tcPr>
            <w:tcW w:type="dxa" w:w="340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start w:w="40" w:type="dxa"/>
              <w:bottom w:w="30" w:type="dxa"/>
              <w:end w:w="40" w:type="dxa"/>
            </w:tcMar>
            <w:vAlign w:val="top"/>
          </w:tcPr>
          <w:p>
            <w:r/>
          </w:p>
          <w:tbl>
            <w:tblPr>
              <w:tblW w:type="auto" w:w="0"/>
              <w:jc w:val="center"/>
              <w:tblLayout w:type="fixed"/>
              <w:tblLook w:firstColumn="1" w:firstRow="1" w:lastColumn="0" w:lastRow="0" w:noHBand="0" w:noVBand="1" w:val="04A0"/>
            </w:tblPr>
            <w:tblGrid>
              <w:gridCol w:w="3402"/>
            </w:tblGrid>
            <w:tr>
              <w:trPr>
                <w:trHeight w:val="170" w:hRule="exact"/>
              </w:trP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6B1D1D"/>
                </w:tcPr>
                <w:p>
                  <w:r/>
                </w:p>
              </w:tc>
            </w:tr>
            <w:tr>
              <w:trPr>
                <w:trHeight w:val="57" w:hRule="exact"/>
              </w:trP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C6A15B"/>
                </w:tcPr>
                <w:p>
                  <w:r/>
                </w:p>
              </w:tc>
            </w:tr>
            <w:t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FFFFFF"/>
                </w:tcPr>
                <w:p>
                  <w:pPr>
                    <w:spacing w:before="0" w:after="0" w:line="240" w:lineRule="auto"/>
                  </w:pPr>
                  <w:r/>
                  <w:r>
                    <w:rPr>
                      <w:rFonts w:ascii="Calibri" w:hAnsi="Calibri"/>
                      <w:b/>
                      <w:color w:val="2B2B2B"/>
                      <w:sz w:val="21"/>
                    </w:rPr>
                    <w:t>Country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Mission or office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Pouch reference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Attention</w:t>
                  </w:r>
                </w:p>
              </w:tc>
            </w:tr>
          </w:tbl>
          <w:p/>
        </w:tc>
        <w:tc>
          <w:tcPr>
            <w:tcW w:type="dxa" w:w="340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start w:w="40" w:type="dxa"/>
              <w:bottom w:w="30" w:type="dxa"/>
              <w:end w:w="40" w:type="dxa"/>
            </w:tcMar>
            <w:vAlign w:val="top"/>
          </w:tcPr>
          <w:p>
            <w:r/>
          </w:p>
          <w:tbl>
            <w:tblPr>
              <w:tblW w:type="auto" w:w="0"/>
              <w:jc w:val="center"/>
              <w:tblLayout w:type="fixed"/>
              <w:tblLook w:firstColumn="1" w:firstRow="1" w:lastColumn="0" w:lastRow="0" w:noHBand="0" w:noVBand="1" w:val="04A0"/>
            </w:tblPr>
            <w:tblGrid>
              <w:gridCol w:w="3402"/>
            </w:tblGrid>
            <w:tr>
              <w:trPr>
                <w:trHeight w:val="170" w:hRule="exact"/>
              </w:trP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6B1D1D"/>
                </w:tcPr>
                <w:p>
                  <w:r/>
                </w:p>
              </w:tc>
            </w:tr>
            <w:tr>
              <w:trPr>
                <w:trHeight w:val="57" w:hRule="exact"/>
              </w:trP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C6A15B"/>
                </w:tcPr>
                <w:p>
                  <w:r/>
                </w:p>
              </w:tc>
            </w:tr>
            <w:t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FFFFFF"/>
                </w:tcPr>
                <w:p>
                  <w:pPr>
                    <w:spacing w:before="0" w:after="0" w:line="240" w:lineRule="auto"/>
                  </w:pPr>
                  <w:r/>
                  <w:r>
                    <w:rPr>
                      <w:rFonts w:ascii="Calibri" w:hAnsi="Calibri"/>
                      <w:b/>
                      <w:color w:val="2B2B2B"/>
                      <w:sz w:val="21"/>
                    </w:rPr>
                    <w:t>Country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Mission or office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Pouch reference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Attention</w:t>
                  </w:r>
                </w:p>
              </w:tc>
            </w:tr>
          </w:tbl>
          <w:p/>
        </w:tc>
      </w:tr>
      <w:tr>
        <w:trPr>
          <w:cantSplit/>
          <w:trHeight w:val="1871" w:hRule="atLeast"/>
        </w:trPr>
        <w:tc>
          <w:tcPr>
            <w:tcW w:type="dxa" w:w="340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start w:w="40" w:type="dxa"/>
              <w:bottom w:w="30" w:type="dxa"/>
              <w:end w:w="40" w:type="dxa"/>
            </w:tcMar>
            <w:vAlign w:val="top"/>
          </w:tcPr>
          <w:p>
            <w:r/>
          </w:p>
          <w:tbl>
            <w:tblPr>
              <w:tblW w:type="auto" w:w="0"/>
              <w:jc w:val="center"/>
              <w:tblLayout w:type="fixed"/>
              <w:tblLook w:firstColumn="1" w:firstRow="1" w:lastColumn="0" w:lastRow="0" w:noHBand="0" w:noVBand="1" w:val="04A0"/>
            </w:tblPr>
            <w:tblGrid>
              <w:gridCol w:w="3402"/>
            </w:tblGrid>
            <w:tr>
              <w:trPr>
                <w:trHeight w:val="170" w:hRule="exact"/>
              </w:trP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6B1D1D"/>
                </w:tcPr>
                <w:p>
                  <w:r/>
                </w:p>
              </w:tc>
            </w:tr>
            <w:tr>
              <w:trPr>
                <w:trHeight w:val="57" w:hRule="exact"/>
              </w:trP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C6A15B"/>
                </w:tcPr>
                <w:p>
                  <w:r/>
                </w:p>
              </w:tc>
            </w:tr>
            <w:t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FFFFFF"/>
                </w:tcPr>
                <w:p>
                  <w:pPr>
                    <w:spacing w:before="0" w:after="0" w:line="240" w:lineRule="auto"/>
                  </w:pPr>
                  <w:r/>
                  <w:r>
                    <w:rPr>
                      <w:rFonts w:ascii="Calibri" w:hAnsi="Calibri"/>
                      <w:b/>
                      <w:color w:val="2B2B2B"/>
                      <w:sz w:val="21"/>
                    </w:rPr>
                    <w:t>Country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Mission or office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Pouch reference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Attention</w:t>
                  </w:r>
                </w:p>
              </w:tc>
            </w:tr>
          </w:tbl>
          <w:p/>
        </w:tc>
        <w:tc>
          <w:tcPr>
            <w:tcW w:type="dxa" w:w="340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start w:w="40" w:type="dxa"/>
              <w:bottom w:w="30" w:type="dxa"/>
              <w:end w:w="40" w:type="dxa"/>
            </w:tcMar>
            <w:vAlign w:val="top"/>
          </w:tcPr>
          <w:p>
            <w:r/>
          </w:p>
          <w:tbl>
            <w:tblPr>
              <w:tblW w:type="auto" w:w="0"/>
              <w:jc w:val="center"/>
              <w:tblLayout w:type="fixed"/>
              <w:tblLook w:firstColumn="1" w:firstRow="1" w:lastColumn="0" w:lastRow="0" w:noHBand="0" w:noVBand="1" w:val="04A0"/>
            </w:tblPr>
            <w:tblGrid>
              <w:gridCol w:w="3402"/>
            </w:tblGrid>
            <w:tr>
              <w:trPr>
                <w:trHeight w:val="170" w:hRule="exact"/>
              </w:trP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6B1D1D"/>
                </w:tcPr>
                <w:p>
                  <w:r/>
                </w:p>
              </w:tc>
            </w:tr>
            <w:tr>
              <w:trPr>
                <w:trHeight w:val="57" w:hRule="exact"/>
              </w:trP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C6A15B"/>
                </w:tcPr>
                <w:p>
                  <w:r/>
                </w:p>
              </w:tc>
            </w:tr>
            <w:t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FFFFFF"/>
                </w:tcPr>
                <w:p>
                  <w:pPr>
                    <w:spacing w:before="0" w:after="0" w:line="240" w:lineRule="auto"/>
                  </w:pPr>
                  <w:r/>
                  <w:r>
                    <w:rPr>
                      <w:rFonts w:ascii="Calibri" w:hAnsi="Calibri"/>
                      <w:b/>
                      <w:color w:val="2B2B2B"/>
                      <w:sz w:val="21"/>
                    </w:rPr>
                    <w:t>Country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Mission or office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Pouch reference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Attention</w:t>
                  </w:r>
                </w:p>
              </w:tc>
            </w:tr>
          </w:tbl>
          <w:p/>
        </w:tc>
        <w:tc>
          <w:tcPr>
            <w:tcW w:type="dxa" w:w="340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start w:w="40" w:type="dxa"/>
              <w:bottom w:w="30" w:type="dxa"/>
              <w:end w:w="40" w:type="dxa"/>
            </w:tcMar>
            <w:vAlign w:val="top"/>
          </w:tcPr>
          <w:p>
            <w:r/>
          </w:p>
          <w:tbl>
            <w:tblPr>
              <w:tblW w:type="auto" w:w="0"/>
              <w:jc w:val="center"/>
              <w:tblLayout w:type="fixed"/>
              <w:tblLook w:firstColumn="1" w:firstRow="1" w:lastColumn="0" w:lastRow="0" w:noHBand="0" w:noVBand="1" w:val="04A0"/>
            </w:tblPr>
            <w:tblGrid>
              <w:gridCol w:w="3402"/>
            </w:tblGrid>
            <w:tr>
              <w:trPr>
                <w:trHeight w:val="170" w:hRule="exact"/>
              </w:trP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6B1D1D"/>
                </w:tcPr>
                <w:p>
                  <w:r/>
                </w:p>
              </w:tc>
            </w:tr>
            <w:tr>
              <w:trPr>
                <w:trHeight w:val="57" w:hRule="exact"/>
              </w:trP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C6A15B"/>
                </w:tcPr>
                <w:p>
                  <w:r/>
                </w:p>
              </w:tc>
            </w:tr>
            <w:t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FFFFFF"/>
                </w:tcPr>
                <w:p>
                  <w:pPr>
                    <w:spacing w:before="0" w:after="0" w:line="240" w:lineRule="auto"/>
                  </w:pPr>
                  <w:r/>
                  <w:r>
                    <w:rPr>
                      <w:rFonts w:ascii="Calibri" w:hAnsi="Calibri"/>
                      <w:b/>
                      <w:color w:val="2B2B2B"/>
                      <w:sz w:val="21"/>
                    </w:rPr>
                    <w:t>Country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Mission or office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Pouch reference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Attention</w:t>
                  </w:r>
                </w:p>
              </w:tc>
            </w:tr>
          </w:tbl>
          <w:p/>
        </w:tc>
      </w:tr>
      <w:tr>
        <w:trPr>
          <w:cantSplit/>
          <w:trHeight w:val="1871" w:hRule="atLeast"/>
        </w:trPr>
        <w:tc>
          <w:tcPr>
            <w:tcW w:type="dxa" w:w="340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start w:w="40" w:type="dxa"/>
              <w:bottom w:w="30" w:type="dxa"/>
              <w:end w:w="40" w:type="dxa"/>
            </w:tcMar>
            <w:vAlign w:val="top"/>
          </w:tcPr>
          <w:p>
            <w:r/>
          </w:p>
          <w:tbl>
            <w:tblPr>
              <w:tblW w:type="auto" w:w="0"/>
              <w:jc w:val="center"/>
              <w:tblLayout w:type="fixed"/>
              <w:tblLook w:firstColumn="1" w:firstRow="1" w:lastColumn="0" w:lastRow="0" w:noHBand="0" w:noVBand="1" w:val="04A0"/>
            </w:tblPr>
            <w:tblGrid>
              <w:gridCol w:w="3402"/>
            </w:tblGrid>
            <w:tr>
              <w:trPr>
                <w:trHeight w:val="170" w:hRule="exact"/>
              </w:trP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6B1D1D"/>
                </w:tcPr>
                <w:p>
                  <w:r/>
                </w:p>
              </w:tc>
            </w:tr>
            <w:tr>
              <w:trPr>
                <w:trHeight w:val="57" w:hRule="exact"/>
              </w:trP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C6A15B"/>
                </w:tcPr>
                <w:p>
                  <w:r/>
                </w:p>
              </w:tc>
            </w:tr>
            <w:t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FFFFFF"/>
                </w:tcPr>
                <w:p>
                  <w:pPr>
                    <w:spacing w:before="0" w:after="0" w:line="240" w:lineRule="auto"/>
                  </w:pPr>
                  <w:r/>
                  <w:r>
                    <w:rPr>
                      <w:rFonts w:ascii="Calibri" w:hAnsi="Calibri"/>
                      <w:b/>
                      <w:color w:val="2B2B2B"/>
                      <w:sz w:val="21"/>
                    </w:rPr>
                    <w:t>Country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Mission or office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Pouch reference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Attention</w:t>
                  </w:r>
                </w:p>
              </w:tc>
            </w:tr>
          </w:tbl>
          <w:p/>
        </w:tc>
        <w:tc>
          <w:tcPr>
            <w:tcW w:type="dxa" w:w="340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start w:w="40" w:type="dxa"/>
              <w:bottom w:w="30" w:type="dxa"/>
              <w:end w:w="40" w:type="dxa"/>
            </w:tcMar>
            <w:vAlign w:val="top"/>
          </w:tcPr>
          <w:p>
            <w:r/>
          </w:p>
          <w:tbl>
            <w:tblPr>
              <w:tblW w:type="auto" w:w="0"/>
              <w:jc w:val="center"/>
              <w:tblLayout w:type="fixed"/>
              <w:tblLook w:firstColumn="1" w:firstRow="1" w:lastColumn="0" w:lastRow="0" w:noHBand="0" w:noVBand="1" w:val="04A0"/>
            </w:tblPr>
            <w:tblGrid>
              <w:gridCol w:w="3402"/>
            </w:tblGrid>
            <w:tr>
              <w:trPr>
                <w:trHeight w:val="170" w:hRule="exact"/>
              </w:trP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6B1D1D"/>
                </w:tcPr>
                <w:p>
                  <w:r/>
                </w:p>
              </w:tc>
            </w:tr>
            <w:tr>
              <w:trPr>
                <w:trHeight w:val="57" w:hRule="exact"/>
              </w:trP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C6A15B"/>
                </w:tcPr>
                <w:p>
                  <w:r/>
                </w:p>
              </w:tc>
            </w:tr>
            <w:t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FFFFFF"/>
                </w:tcPr>
                <w:p>
                  <w:pPr>
                    <w:spacing w:before="0" w:after="0" w:line="240" w:lineRule="auto"/>
                  </w:pPr>
                  <w:r/>
                  <w:r>
                    <w:rPr>
                      <w:rFonts w:ascii="Calibri" w:hAnsi="Calibri"/>
                      <w:b/>
                      <w:color w:val="2B2B2B"/>
                      <w:sz w:val="21"/>
                    </w:rPr>
                    <w:t>Country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Mission or office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Pouch reference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Attention</w:t>
                  </w:r>
                </w:p>
              </w:tc>
            </w:tr>
          </w:tbl>
          <w:p/>
        </w:tc>
        <w:tc>
          <w:tcPr>
            <w:tcW w:type="dxa" w:w="340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start w:w="40" w:type="dxa"/>
              <w:bottom w:w="30" w:type="dxa"/>
              <w:end w:w="40" w:type="dxa"/>
            </w:tcMar>
            <w:vAlign w:val="top"/>
          </w:tcPr>
          <w:p>
            <w:r/>
          </w:p>
          <w:tbl>
            <w:tblPr>
              <w:tblW w:type="auto" w:w="0"/>
              <w:jc w:val="center"/>
              <w:tblLayout w:type="fixed"/>
              <w:tblLook w:firstColumn="1" w:firstRow="1" w:lastColumn="0" w:lastRow="0" w:noHBand="0" w:noVBand="1" w:val="04A0"/>
            </w:tblPr>
            <w:tblGrid>
              <w:gridCol w:w="3402"/>
            </w:tblGrid>
            <w:tr>
              <w:trPr>
                <w:trHeight w:val="170" w:hRule="exact"/>
              </w:trP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6B1D1D"/>
                </w:tcPr>
                <w:p>
                  <w:r/>
                </w:p>
              </w:tc>
            </w:tr>
            <w:tr>
              <w:trPr>
                <w:trHeight w:val="57" w:hRule="exact"/>
              </w:trP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C6A15B"/>
                </w:tcPr>
                <w:p>
                  <w:r/>
                </w:p>
              </w:tc>
            </w:tr>
            <w:tr>
              <w:tc>
                <w:tcPr>
                  <w:tcW w:type="dxa" w:w="3402"/>
                  <w:tcBorders>
                    <w:top w:val="single" w:sz="6" w:color="CFCFCF"/>
                    <w:left w:val="single" w:sz="6" w:color="CFCFCF"/>
                    <w:bottom w:val="single" w:sz="6" w:color="CFCFCF"/>
                    <w:right w:val="single" w:sz="6" w:color="CFCFCF"/>
                  </w:tcBorders>
                  <w:tcMar>
                    <w:top w:w="50" w:type="dxa"/>
                    <w:start w:w="120" w:type="dxa"/>
                    <w:bottom w:w="50" w:type="dxa"/>
                    <w:end w:w="120" w:type="dxa"/>
                  </w:tcMar>
                  <w:shd w:val="clear" w:color="auto" w:fill="FFFFFF"/>
                </w:tcPr>
                <w:p>
                  <w:pPr>
                    <w:spacing w:before="0" w:after="0" w:line="240" w:lineRule="auto"/>
                  </w:pPr>
                  <w:r/>
                  <w:r>
                    <w:rPr>
                      <w:rFonts w:ascii="Calibri" w:hAnsi="Calibri"/>
                      <w:b/>
                      <w:color w:val="2B2B2B"/>
                      <w:sz w:val="21"/>
                    </w:rPr>
                    <w:t>Country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Mission or office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Pouch reference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Calibri" w:hAnsi="Calibri"/>
                      <w:color w:val="2B2B2B"/>
                      <w:sz w:val="18"/>
                    </w:rPr>
                    <w:t>Attention</w:t>
                  </w:r>
                </w:p>
              </w:tc>
            </w:tr>
          </w:tbl>
          <w:p/>
        </w:tc>
      </w:tr>
    </w:tbl>
    <w:sectPr w:rsidR="00FC693F" w:rsidRPr="0006063C" w:rsidSect="00034616"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/>
  </w:p>
  <w:tbl>
    <w:tblPr>
      <w:tblW w:type="auto" w:w="0"/>
      <w:jc w:val="center"/>
      <w:tblLayout w:type="fixed"/>
      <w:tblLook w:firstColumn="1" w:firstRow="1" w:lastColumn="0" w:lastRow="0" w:noHBand="0" w:noVBand="1" w:val="04A0"/>
    </w:tblPr>
    <w:tblGrid>
      <w:gridCol w:w="3402"/>
      <w:gridCol w:w="3402"/>
      <w:gridCol w:w="3402"/>
    </w:tblGrid>
    <w:tr>
      <w:tc>
        <w:tcPr>
          <w:tcW w:type="dxa" w:w="3368"/>
          <w:tcBorders>
            <w:top w:val="nil"/>
            <w:left w:val="nil"/>
            <w:bottom w:val="nil"/>
            <w:right w:val="nil"/>
          </w:tcBorders>
          <w:tcMar>
            <w:top w:w="30" w:type="dxa"/>
            <w:start w:w="40" w:type="dxa"/>
            <w:bottom w:w="30" w:type="dxa"/>
            <w:end w:w="40" w:type="dxa"/>
          </w:tcMar>
        </w:tcPr>
        <w:p>
          <w:pPr>
            <w:jc w:val="left"/>
          </w:pPr>
          <w:r>
            <w:rPr>
              <w:rFonts w:ascii="Calibri" w:hAnsi="Calibri"/>
              <w:b w:val="0"/>
              <w:i w:val="0"/>
              <w:color w:val="2B2B2B"/>
              <w:sz w:val="18"/>
            </w:rPr>
            <w:t>The Kingdom of Decrees</w:t>
          </w:r>
        </w:p>
      </w:tc>
      <w:tc>
        <w:tcPr>
          <w:tcW w:type="dxa" w:w="3470"/>
          <w:tcBorders>
            <w:top w:val="nil"/>
            <w:left w:val="nil"/>
            <w:bottom w:val="nil"/>
            <w:right w:val="nil"/>
          </w:tcBorders>
          <w:tcMar>
            <w:top w:w="30" w:type="dxa"/>
            <w:start w:w="40" w:type="dxa"/>
            <w:bottom w:w="30" w:type="dxa"/>
            <w:end w:w="40" w:type="dxa"/>
          </w:tcMar>
        </w:tcPr>
        <w:p>
          <w:pPr>
            <w:jc w:val="center"/>
          </w:pPr>
          <w:r>
            <w:rPr>
              <w:rFonts w:ascii="Calibri" w:hAnsi="Calibri"/>
              <w:b w:val="0"/>
              <w:i w:val="0"/>
              <w:color w:val="2B2B2B"/>
              <w:sz w:val="18"/>
            </w:rPr>
            <w:t>Diplomatic pouch addressing</w:t>
          </w:r>
        </w:p>
      </w:tc>
      <w:tc>
        <w:tcPr>
          <w:tcW w:type="dxa" w:w="3368"/>
          <w:tcBorders>
            <w:top w:val="nil"/>
            <w:left w:val="nil"/>
            <w:bottom w:val="nil"/>
            <w:right w:val="nil"/>
          </w:tcBorders>
          <w:tcMar>
            <w:top w:w="30" w:type="dxa"/>
            <w:start w:w="40" w:type="dxa"/>
            <w:bottom w:w="30" w:type="dxa"/>
            <w:end w:w="40" w:type="dxa"/>
          </w:tcMar>
        </w:tcPr>
        <w:p>
          <w:pPr>
            <w:jc w:val="right"/>
          </w:pPr>
          <w:r>
            <w:rPr>
              <w:rFonts w:ascii="Calibri" w:hAnsi="Calibri"/>
              <w:b w:val="0"/>
              <w:i w:val="0"/>
              <w:color w:val="2B2B2B"/>
              <w:sz w:val="18"/>
            </w:rPr>
            <w:t xml:space="preserve">lecoursgratuit.com  |  Page </w:t>
          </w:r>
          <w:r>
            <w:rPr>
              <w:rFonts w:ascii="Calibri" w:hAnsi="Calibri"/>
              <w:color w:val="2B2B2B"/>
              <w:sz w:val="18"/>
            </w:rPr>
            <w:fldChar w:fldCharType="begin"/>
            <w:instrText xml:space="preserve"> PAGE </w:instrText>
            <w:fldChar w:fldCharType="separate"/>
            <w:t>1</w:t>
            <w:fldChar w:fldCharType="end"/>
          </w:r>
        </w:p>
      </w:tc>
    </w:tr>
  </w:tbl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