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83"/>
        <w:gridCol w:w="8787"/>
      </w:tblGrid>
      <w:tr>
        <w:tc>
          <w:tcPr>
            <w:tcW w:type="dxa" w:w="4703"/>
            <w:vAlign w:val="top"/>
            <w:shd w:val="clear" w:color="auto" w:fill="A41E22"/>
          </w:tcPr>
          <w:p/>
        </w:tc>
        <w:tc>
          <w:tcPr>
            <w:tcW w:type="dxa" w:w="4703"/>
            <w:vAlign w:val="top"/>
          </w:tcPr>
          <w:p/>
          <w:p>
            <w:pPr>
              <w:pStyle w:val="KODBody"/>
            </w:pPr>
            <w:r>
              <w:t>La Mission permanente de [Pays] auprès de [Organisation] présente ses compliments au Secrétariat et a l’honneur de transmettre, en annexe, la position actualisée relative à [sujet].</w:t>
            </w:r>
          </w:p>
          <w:p>
            <w:pPr>
              <w:pStyle w:val="KODBody"/>
            </w:pPr>
            <w:r>
              <w:t>La Mission remercie le Secrétariat de bien vouloir assurer la diffusion de ce document aux États membres et demeure disponible pour toute précision utile.</w:t>
            </w:r>
          </w:p>
          <w:p>
            <w:pPr>
              <w:pStyle w:val="KODBody"/>
            </w:pPr>
            <w:r>
              <w:t>La Mission permanente saisit cette occasion pour renouveler au Secrétariat de [Organisation] l’assurance de sa haute considération.</w:t>
            </w:r>
          </w:p>
        </w:tc>
      </w:tr>
    </w:tbl>
    <w:p/>
    <w:sectPr w:rsidR="00FC693F" w:rsidRPr="0006063C" w:rsidSect="00034616">
      <w:headerReference w:type="default" r:id="rId9"/>
      <w:footerReference w:type="default" r:id="rId10"/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p>
    <w:pPr>
      <w:jc w:val="right"/>
    </w:pPr>
    <w:r>
      <w:rPr>
        <w:rFonts w:ascii="Courier New" w:hAnsi="Courier New"/>
        <w:b w:val="0"/>
        <w:i w:val="0"/>
        <w:sz w:val="18"/>
      </w:rPr>
      <w:t>Réf. [À RENSEIGNER]    Lieu/Date : [09/11/2025]</w:t>
    </w:r>
  </w:p>
  <w:p>
    <w:pPr>
      <w:jc w:val="right"/>
    </w:pPr>
    <w:r>
      <w:rPr>
        <w:rFonts w:ascii="Courier New" w:hAnsi="Courier New"/>
        <w:b w:val="0"/>
        <w:i w:val="0"/>
        <w:sz w:val="18"/>
      </w:rPr>
      <w:t>Classification : [Non classifié / Diffusion restreinte / Confidentiel]</w:t>
    </w:r>
  </w:p>
  <w:p>
    <w:pPr>
      <w:jc w:val="center"/>
    </w:pPr>
    <w:r>
      <w:rPr>
        <w:rFonts w:ascii="Courier New" w:hAnsi="Courier New"/>
        <w:b w:val="0"/>
        <w:i w:val="0"/>
        <w:sz w:val="18"/>
      </w:rPr>
      <w:t xml:space="preserve">Page </w:t>
    </w:r>
    <w:fldSimple w:instr="PAGE">
      <w:r>
        <w:t/>
      </w:r>
    </w:fldSimple>
    <w:r>
      <w:rPr>
        <w:rFonts w:ascii="Courier New" w:hAnsi="Courier New"/>
        <w:b w:val="0"/>
        <w:i w:val="0"/>
        <w:sz w:val="18"/>
      </w:rPr>
      <w:t xml:space="preserve"> / </w:t>
    </w:r>
    <w:fldSimple w:instr="NUMPAGES">
      <w:r>
        <w:t/>
      </w:r>
    </w:fldSimple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Courier New" w:hAnsi="Courier New"/>
        <w:b/>
        <w:i w:val="0"/>
        <w:smallCaps/>
        <w:color w:val="A41E22"/>
        <w:sz w:val="22"/>
      </w:rPr>
      <w:t>THE KINGDOM OF DECREES</w:t>
    </w:r>
  </w:p>
  <w:p>
    <w:pPr>
      <w:pStyle w:val="KODTitle"/>
      <w:jc w:val="center"/>
    </w:pPr>
    <w:r>
      <w:t>Note verbale — Transmission d’information</w:t>
    </w:r>
  </w:p>
  <w:p>
    <w:pPr>
      <w:pStyle w:val="KODSubtitle"/>
      <w:jc w:val="center"/>
    </w:pPr>
    <w:r>
      <w:t>Courtoisie opératoire, registre institutionnel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ourier New" w:hAnsi="Courier New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KODTitle">
    <w:name w:val="KOD Title"/>
    <w:rPr>
      <w:rFonts w:ascii="Courier New" w:hAnsi="Courier New"/>
      <w:b/>
      <w:sz w:val="32"/>
    </w:rPr>
  </w:style>
  <w:style w:type="paragraph" w:customStyle="1" w:styleId="KODSubtitle">
    <w:name w:val="KOD Subtitle"/>
    <w:rPr>
      <w:rFonts w:ascii="Courier New" w:hAnsi="Courier New"/>
      <w:i/>
      <w:sz w:val="22"/>
    </w:rPr>
  </w:style>
  <w:style w:type="paragraph" w:customStyle="1" w:styleId="KODBody">
    <w:name w:val="KOD Body"/>
    <w:rPr>
      <w:rFonts w:ascii="Courier New" w:hAnsi="Courier New"/>
      <w:sz w:val="24"/>
    </w:rPr>
  </w:style>
  <w:style w:type="paragraph" w:customStyle="1" w:styleId="KODSignature">
    <w:name w:val="KOD Signature"/>
    <w:rPr>
      <w:rFonts w:ascii="Courier New" w:hAnsi="Courier New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