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00000"/>
          <w:sz w:val="32"/>
        </w:rPr>
        <w:t>THE KINGDOM OF DECREES &amp; CEREMONIES</w:t>
      </w:r>
    </w:p>
    <w:p>
      <w:pPr>
        <w:jc w:val="center"/>
      </w:pPr>
      <w:r>
        <w:rPr>
          <w:b/>
          <w:color w:val="C00000"/>
          <w:sz w:val="28"/>
        </w:rPr>
        <w:t>مملكة المراسم والمراسيم</w:t>
      </w:r>
    </w:p>
    <w:p>
      <w:pPr>
        <w:jc w:val="center"/>
      </w:pPr>
      <w:r>
        <w:rPr>
          <w:color w:val="C00000"/>
          <w:sz w:val="24"/>
        </w:rPr>
        <w:t>Chancellerie – Lettres de rappel</w:t>
      </w:r>
    </w:p>
    <w:p>
      <w:r>
        <w:br w:type="page"/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</w:rPr>
        <w:t>Modèle 1 – Trame de lettre de rappel (FR)</w:t>
      </w:r>
    </w:p>
    <w:p>
      <w:pPr>
        <w:spacing w:after="0" w:before="0" w:line="240" w:lineRule="auto"/>
      </w:pPr>
      <w:r>
        <w:rPr>
          <w:sz w:val="22"/>
        </w:rPr>
        <w:t>[Armoiries / Emblème de l’État]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[NOM OFFICIEL DE L’ÉTAT ÉMETTEUR]</w:t>
      </w:r>
    </w:p>
    <w:p>
      <w:pPr>
        <w:spacing w:after="0" w:before="0" w:line="240" w:lineRule="auto"/>
      </w:pPr>
      <w:r>
        <w:rPr>
          <w:sz w:val="22"/>
        </w:rPr>
        <w:t>[Chef de l’État]</w:t>
      </w:r>
    </w:p>
    <w:p>
      <w:pPr>
        <w:spacing w:after="0" w:before="0" w:line="240" w:lineRule="auto"/>
      </w:pPr>
      <w:r>
        <w:rPr>
          <w:sz w:val="22"/>
        </w:rPr>
        <w:t>[Fait à [Ville], le [JJ mois AAAA]]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À</w:t>
      </w:r>
    </w:p>
    <w:p>
      <w:pPr>
        <w:spacing w:after="0" w:before="0" w:line="240" w:lineRule="auto"/>
      </w:pPr>
      <w:r>
        <w:rPr>
          <w:sz w:val="22"/>
        </w:rPr>
        <w:t>Son Excellence</w:t>
      </w:r>
    </w:p>
    <w:p>
      <w:pPr>
        <w:spacing w:after="0" w:before="0" w:line="240" w:lineRule="auto"/>
      </w:pPr>
      <w:r>
        <w:rPr>
          <w:sz w:val="22"/>
        </w:rPr>
        <w:t>[Monsieur / Madame] [PRÉNOM NOM]</w:t>
      </w:r>
    </w:p>
    <w:p>
      <w:pPr>
        <w:spacing w:after="0" w:before="0" w:line="240" w:lineRule="auto"/>
      </w:pPr>
      <w:r>
        <w:rPr>
          <w:sz w:val="22"/>
        </w:rPr>
        <w:t>[Qualité : Président de la République / Roi / Chef de l’État]</w:t>
      </w:r>
    </w:p>
    <w:p>
      <w:pPr>
        <w:spacing w:after="0" w:before="0" w:line="240" w:lineRule="auto"/>
      </w:pPr>
      <w:r>
        <w:rPr>
          <w:sz w:val="22"/>
        </w:rPr>
        <w:t>de [NOM OFFICIEL DE L’ÉTAT RECEVEUR]</w:t>
      </w:r>
    </w:p>
    <w:p>
      <w:pPr>
        <w:spacing w:after="0" w:before="0" w:line="240" w:lineRule="auto"/>
      </w:pPr>
      <w:r>
        <w:rPr>
          <w:sz w:val="22"/>
        </w:rPr>
        <w:t>[Ville]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Excellence,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Par la présente, Nous portons à la connaissance de Votre Excellence que Nous avons décidé de mettre un terme à la mission </w:t>
      </w:r>
    </w:p>
    <w:p>
      <w:pPr>
        <w:spacing w:after="0" w:before="0" w:line="240" w:lineRule="auto"/>
      </w:pPr>
      <w:r>
        <w:rPr>
          <w:sz w:val="22"/>
        </w:rPr>
        <w:t>de Notre Ambassadeur extraordinaire et plénipotentiaire auprès de Votre Excellence :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[Monsieur / Madame] [PRÉNOM NOM DE L’AMBASSADEUR],</w:t>
      </w:r>
    </w:p>
    <w:p>
      <w:pPr>
        <w:spacing w:after="0" w:before="0" w:line="240" w:lineRule="auto"/>
      </w:pPr>
      <w:r>
        <w:rPr>
          <w:sz w:val="22"/>
        </w:rPr>
        <w:t>[Qualité / fonction antérieure éventuellement mentionnée],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accrédité(e) auprès de Votre Excellence par Nos lettres en date du [date de la lettre de créance].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Au cours de son séjour à [Ville], Notre Ambassadeur a servi avec loyauté et dévouement la cause du rapprochement entre </w:t>
      </w:r>
    </w:p>
    <w:p>
      <w:pPr>
        <w:spacing w:after="0" w:before="0" w:line="240" w:lineRule="auto"/>
      </w:pPr>
      <w:r>
        <w:rPr>
          <w:sz w:val="22"/>
        </w:rPr>
        <w:t xml:space="preserve">[NOM DE L’ÉTAT ÉMETTEUR] et [NOM DE L’ÉTAT RECEVEUR]. [Il / Elle] a contribué au renforcement du dialogue politique, à la </w:t>
      </w:r>
    </w:p>
    <w:p>
      <w:pPr>
        <w:spacing w:after="0" w:before="0" w:line="240" w:lineRule="auto"/>
      </w:pPr>
      <w:r>
        <w:rPr>
          <w:sz w:val="22"/>
        </w:rPr>
        <w:t>consolidation de la coopération et à l’intensification des échanges entre Nos deux pays.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Nous Vous prions, Excellence, de bien vouloir considérer la mission de [Monsieur / Madame] [NOM DE L’AMBASSADEUR] comme </w:t>
      </w:r>
    </w:p>
    <w:p>
      <w:pPr>
        <w:spacing w:after="0" w:before="0" w:line="240" w:lineRule="auto"/>
      </w:pPr>
      <w:r>
        <w:rPr>
          <w:sz w:val="22"/>
        </w:rPr>
        <w:t xml:space="preserve">arrivée à son terme à compter du [date de fin de mission], et de regarder à l’avenir toute intervention de sa part comme </w:t>
      </w:r>
    </w:p>
    <w:p>
      <w:pPr>
        <w:spacing w:after="0" w:before="0" w:line="240" w:lineRule="auto"/>
      </w:pPr>
      <w:r>
        <w:rPr>
          <w:sz w:val="22"/>
        </w:rPr>
        <w:t>strictement déliée de tout mandat émanant de Notre part.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Nous saisissons cette occasion pour exprimer à Votre Excellence la satisfaction que Nous inspirent la qualité des relations </w:t>
      </w:r>
    </w:p>
    <w:p>
      <w:pPr>
        <w:spacing w:after="0" w:before="0" w:line="240" w:lineRule="auto"/>
      </w:pPr>
      <w:r>
        <w:rPr>
          <w:sz w:val="22"/>
        </w:rPr>
        <w:t xml:space="preserve">entre Nos deux États et la confiance que Nous plaçons dans leur développement futur. Nous formons le vœu que l’esprit </w:t>
      </w:r>
    </w:p>
    <w:p>
      <w:pPr>
        <w:spacing w:after="0" w:before="0" w:line="240" w:lineRule="auto"/>
      </w:pPr>
      <w:r>
        <w:rPr>
          <w:sz w:val="22"/>
        </w:rPr>
        <w:t xml:space="preserve">de compréhension mutuelle et de partenariat, auquel Notre Ambassadeur a apporté sa contribution, continue d’éclairer Notre </w:t>
      </w:r>
    </w:p>
    <w:p>
      <w:pPr>
        <w:spacing w:after="0" w:before="0" w:line="240" w:lineRule="auto"/>
      </w:pPr>
      <w:r>
        <w:rPr>
          <w:sz w:val="22"/>
        </w:rPr>
        <w:t>coopération.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En Vous priant d’agréer, Excellence, l’assurance de Notre très haute considération, Nous prions Votre Excellence de tenir </w:t>
      </w:r>
    </w:p>
    <w:p>
      <w:pPr>
        <w:spacing w:after="0" w:before="0" w:line="240" w:lineRule="auto"/>
      </w:pPr>
      <w:r>
        <w:rPr>
          <w:sz w:val="22"/>
        </w:rPr>
        <w:t xml:space="preserve">[Nom de l’Ambassadeur] pour l’interprète fidèle de Nos sentiments de gratitude à l’égard de Votre personne et de Votre pays </w:t>
      </w:r>
    </w:p>
    <w:p>
      <w:pPr>
        <w:spacing w:after="0" w:before="0" w:line="240" w:lineRule="auto"/>
      </w:pPr>
      <w:r>
        <w:rPr>
          <w:sz w:val="22"/>
        </w:rPr>
        <w:t>pour l’accueil et les facilités accordés durant sa mission.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[Fait à [Ville], le [JJ mois AAAA]]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[Signature manuscrite]</w:t>
      </w:r>
    </w:p>
    <w:p>
      <w:pPr>
        <w:spacing w:after="0" w:before="0" w:line="240" w:lineRule="auto"/>
      </w:pPr>
      <w:r>
        <w:rPr>
          <w:sz w:val="22"/>
        </w:rPr>
        <w:t>[Nom du Chef de l’État]</w:t>
      </w:r>
    </w:p>
    <w:p>
      <w:pPr>
        <w:spacing w:after="0" w:before="0" w:line="240" w:lineRule="auto"/>
      </w:pPr>
      <w:r>
        <w:rPr>
          <w:sz w:val="22"/>
        </w:rPr>
        <w:t>[Qualité : Président de la République / Roi / Chef de l’État]</w:t>
      </w:r>
    </w:p>
    <w:p>
      <w:pPr>
        <w:spacing w:after="0" w:before="0" w:line="240" w:lineRule="auto"/>
      </w:pPr>
      <w:r>
        <w:rPr>
          <w:sz w:val="22"/>
        </w:rPr>
        <w:t>[Sceau]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</w:rPr>
        <w:t>Modèle 2 – Exemple de lettre de rappel (FR)</w:t>
      </w:r>
    </w:p>
    <w:p>
      <w:pPr>
        <w:spacing w:after="0" w:before="0" w:line="240" w:lineRule="auto"/>
      </w:pPr>
      <w:r>
        <w:rPr>
          <w:sz w:val="22"/>
        </w:rPr>
        <w:t>[Armoiries du Royaume d’Aurélia]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ROYAUME D’AURÉLIA</w:t>
      </w:r>
    </w:p>
    <w:p>
      <w:pPr>
        <w:spacing w:after="0" w:before="0" w:line="240" w:lineRule="auto"/>
      </w:pPr>
      <w:r>
        <w:rPr>
          <w:sz w:val="22"/>
        </w:rPr>
        <w:t>Sa Majesté la Reine Lysandre</w:t>
      </w:r>
    </w:p>
    <w:p>
      <w:pPr>
        <w:spacing w:after="0" w:before="0" w:line="240" w:lineRule="auto"/>
      </w:pPr>
      <w:r>
        <w:rPr>
          <w:sz w:val="22"/>
        </w:rPr>
        <w:t>Fait à Auréline, le 20 novembre 2025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À</w:t>
      </w:r>
    </w:p>
    <w:p>
      <w:pPr>
        <w:spacing w:after="0" w:before="0" w:line="240" w:lineRule="auto"/>
      </w:pPr>
      <w:r>
        <w:rPr>
          <w:sz w:val="22"/>
        </w:rPr>
        <w:t>Son Excellence</w:t>
      </w:r>
    </w:p>
    <w:p>
      <w:pPr>
        <w:spacing w:after="0" w:before="0" w:line="240" w:lineRule="auto"/>
      </w:pPr>
      <w:r>
        <w:rPr>
          <w:sz w:val="22"/>
        </w:rPr>
        <w:t>Monsieur Idris Marani</w:t>
      </w:r>
    </w:p>
    <w:p>
      <w:pPr>
        <w:spacing w:after="0" w:before="0" w:line="240" w:lineRule="auto"/>
      </w:pPr>
      <w:r>
        <w:rPr>
          <w:sz w:val="22"/>
        </w:rPr>
        <w:t>Président de la République d’Héliopolis</w:t>
      </w:r>
    </w:p>
    <w:p>
      <w:pPr>
        <w:spacing w:after="0" w:before="0" w:line="240" w:lineRule="auto"/>
      </w:pPr>
      <w:r>
        <w:rPr>
          <w:sz w:val="22"/>
        </w:rPr>
        <w:t>Lumeria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Excellence,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Par la présente, Nous portons à la connaissance de Votre Excellence que Nous avons décidé de mettre un terme à la mission </w:t>
      </w:r>
    </w:p>
    <w:p>
      <w:pPr>
        <w:spacing w:after="0" w:before="0" w:line="240" w:lineRule="auto"/>
      </w:pPr>
      <w:r>
        <w:rPr>
          <w:sz w:val="22"/>
        </w:rPr>
        <w:t>de Notre Ambassadeur extraordinaire et plénipotentiaire auprès de Votre Excellence :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Monsieur Nestor Valérius,</w:t>
      </w:r>
    </w:p>
    <w:p>
      <w:pPr>
        <w:spacing w:after="0" w:before="0" w:line="240" w:lineRule="auto"/>
      </w:pPr>
      <w:r>
        <w:rPr>
          <w:sz w:val="22"/>
        </w:rPr>
        <w:t>jusqu’ici Ambassadeur du Royaume d’Aurélia auprès de la République d’Héliopolis,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accrédité auprès de Votre Excellence par Nos lettres en date du 14 novembre 2020.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Au cours de son séjour à Lumeria, Notre Ambassadeur a servi avec loyauté et dévouement la cause du rapprochement entre </w:t>
      </w:r>
    </w:p>
    <w:p>
      <w:pPr>
        <w:spacing w:after="0" w:before="0" w:line="240" w:lineRule="auto"/>
      </w:pPr>
      <w:r>
        <w:rPr>
          <w:sz w:val="22"/>
        </w:rPr>
        <w:t xml:space="preserve">le Royaume d’Aurélia et la République d’Héliopolis. Il a contribué au renforcement du dialogue politique, à la </w:t>
      </w:r>
    </w:p>
    <w:p>
      <w:pPr>
        <w:spacing w:after="0" w:before="0" w:line="240" w:lineRule="auto"/>
      </w:pPr>
      <w:r>
        <w:rPr>
          <w:sz w:val="22"/>
        </w:rPr>
        <w:t>consolidation de la coopération économique et à l’intensification des échanges humains et culturels entre Nos deux pays.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Nous Vous prions, Excellence, de bien vouloir considérer la mission de Monsieur Nestor Valérius comme arrivée à son terme </w:t>
      </w:r>
    </w:p>
    <w:p>
      <w:pPr>
        <w:spacing w:after="0" w:before="0" w:line="240" w:lineRule="auto"/>
      </w:pPr>
      <w:r>
        <w:rPr>
          <w:sz w:val="22"/>
        </w:rPr>
        <w:t xml:space="preserve">à compter du 30 novembre 2025, et de regarder à l’avenir toute intervention de sa part comme strictement déliée de tout </w:t>
      </w:r>
    </w:p>
    <w:p>
      <w:pPr>
        <w:spacing w:after="0" w:before="0" w:line="240" w:lineRule="auto"/>
      </w:pPr>
      <w:r>
        <w:rPr>
          <w:sz w:val="22"/>
        </w:rPr>
        <w:t>mandat émanant de Notre part.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Nous saisissons cette occasion pour exprimer à Votre Excellence la satisfaction que Nous inspirent la qualité des relations </w:t>
      </w:r>
    </w:p>
    <w:p>
      <w:pPr>
        <w:spacing w:after="0" w:before="0" w:line="240" w:lineRule="auto"/>
      </w:pPr>
      <w:r>
        <w:rPr>
          <w:sz w:val="22"/>
        </w:rPr>
        <w:t xml:space="preserve">entre Nos deux États et la confiance que Nous plaçons dans leur développement futur. Nous formons le vœu que l’esprit de </w:t>
      </w:r>
    </w:p>
    <w:p>
      <w:pPr>
        <w:spacing w:after="0" w:before="0" w:line="240" w:lineRule="auto"/>
      </w:pPr>
      <w:r>
        <w:rPr>
          <w:sz w:val="22"/>
        </w:rPr>
        <w:t>compréhension mutuelle et de partenariat, auquel Notre Ambassadeur a apporté sa contribution, continue d’éclairer Notre coopération.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En Vous priant d’agréer, Excellence, l’assurance de Notre très haute considération, Nous Vous prions de tenir Monsieur Nestor </w:t>
      </w:r>
    </w:p>
    <w:p>
      <w:pPr>
        <w:spacing w:after="0" w:before="0" w:line="240" w:lineRule="auto"/>
      </w:pPr>
      <w:r>
        <w:rPr>
          <w:sz w:val="22"/>
        </w:rPr>
        <w:t xml:space="preserve">Valérius pour l’interprète fidèle de Nos sentiments de gratitude à l’égard de Votre personne et de Votre pays pour l’accueil </w:t>
      </w:r>
    </w:p>
    <w:p>
      <w:pPr>
        <w:spacing w:after="0" w:before="0" w:line="240" w:lineRule="auto"/>
      </w:pPr>
      <w:r>
        <w:rPr>
          <w:sz w:val="22"/>
        </w:rPr>
        <w:t>et les facilités accordés durant sa mission.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Fait à Auréline, le 20 novembre 2025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[Signature manuscrite]</w:t>
      </w:r>
    </w:p>
    <w:p>
      <w:pPr>
        <w:spacing w:after="0" w:before="0" w:line="240" w:lineRule="auto"/>
      </w:pPr>
      <w:r>
        <w:rPr>
          <w:sz w:val="22"/>
        </w:rPr>
        <w:t>Lysandre</w:t>
      </w:r>
    </w:p>
    <w:p>
      <w:pPr>
        <w:spacing w:after="0" w:before="0" w:line="240" w:lineRule="auto"/>
      </w:pPr>
      <w:r>
        <w:rPr>
          <w:sz w:val="22"/>
        </w:rPr>
        <w:t>Reine du Royaume d’Aurélia</w:t>
      </w:r>
    </w:p>
    <w:p>
      <w:pPr>
        <w:spacing w:after="0" w:before="0" w:line="240" w:lineRule="auto"/>
      </w:pPr>
      <w:r>
        <w:rPr>
          <w:sz w:val="22"/>
        </w:rPr>
        <w:t>[Sceau]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</w:rPr>
        <w:t>Model 3 – Letter of recall template (EN)</w:t>
      </w:r>
    </w:p>
    <w:p>
      <w:pPr>
        <w:spacing w:after="0" w:before="0" w:line="240" w:lineRule="auto"/>
      </w:pPr>
      <w:r>
        <w:rPr>
          <w:sz w:val="22"/>
        </w:rPr>
        <w:t>[Coat of Arms / Emblem of the State]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[OFFICIAL NAME OF THE SENDING STATE]</w:t>
      </w:r>
    </w:p>
    <w:p>
      <w:pPr>
        <w:spacing w:after="0" w:before="0" w:line="240" w:lineRule="auto"/>
      </w:pPr>
      <w:r>
        <w:rPr>
          <w:sz w:val="22"/>
        </w:rPr>
        <w:t>[Head of State]</w:t>
      </w:r>
    </w:p>
    <w:p>
      <w:pPr>
        <w:spacing w:after="0" w:before="0" w:line="240" w:lineRule="auto"/>
      </w:pPr>
      <w:r>
        <w:rPr>
          <w:sz w:val="22"/>
        </w:rPr>
        <w:t>[Done at [City], [Day Month Year]]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To</w:t>
      </w:r>
    </w:p>
    <w:p>
      <w:pPr>
        <w:spacing w:after="0" w:before="0" w:line="240" w:lineRule="auto"/>
      </w:pPr>
      <w:r>
        <w:rPr>
          <w:sz w:val="22"/>
        </w:rPr>
        <w:t>His/Her Excellency</w:t>
      </w:r>
    </w:p>
    <w:p>
      <w:pPr>
        <w:spacing w:after="0" w:before="0" w:line="240" w:lineRule="auto"/>
      </w:pPr>
      <w:r>
        <w:rPr>
          <w:sz w:val="22"/>
        </w:rPr>
        <w:t>[Full Name]</w:t>
      </w:r>
    </w:p>
    <w:p>
      <w:pPr>
        <w:spacing w:after="0" w:before="0" w:line="240" w:lineRule="auto"/>
      </w:pPr>
      <w:r>
        <w:rPr>
          <w:sz w:val="22"/>
        </w:rPr>
        <w:t>[Title: President of the Republic / King / Head of State]</w:t>
      </w:r>
    </w:p>
    <w:p>
      <w:pPr>
        <w:spacing w:after="0" w:before="0" w:line="240" w:lineRule="auto"/>
      </w:pPr>
      <w:r>
        <w:rPr>
          <w:sz w:val="22"/>
        </w:rPr>
        <w:t>of [OFFICIAL NAME OF THE RECEIVING STATE]</w:t>
      </w:r>
    </w:p>
    <w:p>
      <w:pPr>
        <w:spacing w:after="0" w:before="0" w:line="240" w:lineRule="auto"/>
      </w:pPr>
      <w:r>
        <w:rPr>
          <w:sz w:val="22"/>
        </w:rPr>
        <w:t>[City]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Excellency,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By this Letter We inform Your Excellency that We have decided to bring to an end the mission of Our Ambassador </w:t>
      </w:r>
    </w:p>
    <w:p>
      <w:pPr>
        <w:spacing w:after="0" w:before="0" w:line="240" w:lineRule="auto"/>
      </w:pPr>
      <w:r>
        <w:rPr>
          <w:sz w:val="22"/>
        </w:rPr>
        <w:t>Extraordinary and Plenipotentiary to Your Excellency: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[Mr/Ms] [FULL NAME OF THE AMBASSADOR],</w:t>
      </w:r>
    </w:p>
    <w:p>
      <w:pPr>
        <w:spacing w:after="0" w:before="0" w:line="240" w:lineRule="auto"/>
      </w:pPr>
      <w:r>
        <w:rPr>
          <w:sz w:val="22"/>
        </w:rPr>
        <w:t>[Previous or current relevant position, if any],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who was accredited to Your Excellency by Our Letters dated [date of letter of credence].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During [his/her] stay in [City], Our Ambassador has faithfully served the cause of closer relations between </w:t>
      </w:r>
    </w:p>
    <w:p>
      <w:pPr>
        <w:spacing w:after="0" w:before="0" w:line="240" w:lineRule="auto"/>
      </w:pPr>
      <w:r>
        <w:rPr>
          <w:sz w:val="22"/>
        </w:rPr>
        <w:t xml:space="preserve">[NAME OF THE SENDING STATE] and [NAME OF THE RECEIVING STATE]. [He/She] has contributed to the strengthening of </w:t>
      </w:r>
    </w:p>
    <w:p>
      <w:pPr>
        <w:spacing w:after="0" w:before="0" w:line="240" w:lineRule="auto"/>
      </w:pPr>
      <w:r>
        <w:rPr>
          <w:sz w:val="22"/>
        </w:rPr>
        <w:t>political dialogue, the consolidation of cooperation and the intensification of exchanges between Our two States.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We request that Your Excellency kindly consider the mission of [Mr/Ms] [FULL NAME OF THE AMBASSADOR] as terminated </w:t>
      </w:r>
    </w:p>
    <w:p>
      <w:pPr>
        <w:spacing w:after="0" w:before="0" w:line="240" w:lineRule="auto"/>
      </w:pPr>
      <w:r>
        <w:rPr>
          <w:sz w:val="22"/>
        </w:rPr>
        <w:t xml:space="preserve">with effect from [date of end of mission], and that any intervention on [his/her] part hereafter be regarded as completely </w:t>
      </w:r>
    </w:p>
    <w:p>
      <w:pPr>
        <w:spacing w:after="0" w:before="0" w:line="240" w:lineRule="auto"/>
      </w:pPr>
      <w:r>
        <w:rPr>
          <w:sz w:val="22"/>
        </w:rPr>
        <w:t>released from any mandate emanating from Us.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We avail Ourselves of this opportunity to express to Your Excellency Our satisfaction with the quality of the relations </w:t>
      </w:r>
    </w:p>
    <w:p>
      <w:pPr>
        <w:spacing w:after="0" w:before="0" w:line="240" w:lineRule="auto"/>
      </w:pPr>
      <w:r>
        <w:rPr>
          <w:sz w:val="22"/>
        </w:rPr>
        <w:t xml:space="preserve">between Our two States and Our confidence in their further development. We earnestly hope that the spirit of mutual </w:t>
      </w:r>
    </w:p>
    <w:p>
      <w:pPr>
        <w:spacing w:after="0" w:before="0" w:line="240" w:lineRule="auto"/>
      </w:pPr>
      <w:r>
        <w:rPr>
          <w:sz w:val="22"/>
        </w:rPr>
        <w:t>understanding and partnership, to which Our Ambassador has contributed, will continue to guide Our cooperation.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In thus conveying this decision to Your Excellency, We renew the assurances of Our highest consideration and request that </w:t>
      </w:r>
    </w:p>
    <w:p>
      <w:pPr>
        <w:spacing w:after="0" w:before="0" w:line="240" w:lineRule="auto"/>
      </w:pPr>
      <w:r>
        <w:rPr>
          <w:sz w:val="22"/>
        </w:rPr>
        <w:t xml:space="preserve">You kindly regard [Name of the Ambassador] as the faithful interpreter of Our gratitude for the welcome and facilities </w:t>
      </w:r>
    </w:p>
    <w:p>
      <w:pPr>
        <w:spacing w:after="0" w:before="0" w:line="240" w:lineRule="auto"/>
      </w:pPr>
      <w:r>
        <w:rPr>
          <w:sz w:val="22"/>
        </w:rPr>
        <w:t>granted to [him/her] during [his/her] mission.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[Done at [City], on [Day Month Year]]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[Handwritten Signature]</w:t>
      </w:r>
    </w:p>
    <w:p>
      <w:pPr>
        <w:spacing w:after="0" w:before="0" w:line="240" w:lineRule="auto"/>
      </w:pPr>
      <w:r>
        <w:rPr>
          <w:sz w:val="22"/>
        </w:rPr>
        <w:t>[Name of the Head of State]</w:t>
      </w:r>
    </w:p>
    <w:p>
      <w:pPr>
        <w:spacing w:after="0" w:before="0" w:line="240" w:lineRule="auto"/>
      </w:pPr>
      <w:r>
        <w:rPr>
          <w:sz w:val="22"/>
        </w:rPr>
        <w:t>[Title: President of the Republic / King / Head of State]</w:t>
      </w:r>
    </w:p>
    <w:p>
      <w:pPr>
        <w:spacing w:after="0" w:before="0" w:line="240" w:lineRule="auto"/>
      </w:pPr>
      <w:r>
        <w:rPr>
          <w:sz w:val="22"/>
        </w:rPr>
        <w:t>[Seal]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</w:rPr>
        <w:t>Model 4 – Letter of recall example (EN)</w:t>
      </w:r>
    </w:p>
    <w:p>
      <w:pPr>
        <w:spacing w:after="0" w:before="0" w:line="240" w:lineRule="auto"/>
      </w:pPr>
      <w:r>
        <w:rPr>
          <w:sz w:val="22"/>
        </w:rPr>
        <w:t>[Coat of Arms of the Kingdom of Aurelia]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KINGDOM OF AURELIA</w:t>
      </w:r>
    </w:p>
    <w:p>
      <w:pPr>
        <w:spacing w:after="0" w:before="0" w:line="240" w:lineRule="auto"/>
      </w:pPr>
      <w:r>
        <w:rPr>
          <w:sz w:val="22"/>
        </w:rPr>
        <w:t>Her Majesty the Queen Lysandre</w:t>
      </w:r>
    </w:p>
    <w:p>
      <w:pPr>
        <w:spacing w:after="0" w:before="0" w:line="240" w:lineRule="auto"/>
      </w:pPr>
      <w:r>
        <w:rPr>
          <w:sz w:val="22"/>
        </w:rPr>
        <w:t>Done at Aureliane, 20 November 2025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To</w:t>
      </w:r>
    </w:p>
    <w:p>
      <w:pPr>
        <w:spacing w:after="0" w:before="0" w:line="240" w:lineRule="auto"/>
      </w:pPr>
      <w:r>
        <w:rPr>
          <w:sz w:val="22"/>
        </w:rPr>
        <w:t>His Excellency</w:t>
      </w:r>
    </w:p>
    <w:p>
      <w:pPr>
        <w:spacing w:after="0" w:before="0" w:line="240" w:lineRule="auto"/>
      </w:pPr>
      <w:r>
        <w:rPr>
          <w:sz w:val="22"/>
        </w:rPr>
        <w:t>Mr Idris Marani</w:t>
      </w:r>
    </w:p>
    <w:p>
      <w:pPr>
        <w:spacing w:after="0" w:before="0" w:line="240" w:lineRule="auto"/>
      </w:pPr>
      <w:r>
        <w:rPr>
          <w:sz w:val="22"/>
        </w:rPr>
        <w:t>President of the Republic of Heliopolis</w:t>
      </w:r>
    </w:p>
    <w:p>
      <w:pPr>
        <w:spacing w:after="0" w:before="0" w:line="240" w:lineRule="auto"/>
      </w:pPr>
      <w:r>
        <w:rPr>
          <w:sz w:val="22"/>
        </w:rPr>
        <w:t>Lumeria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Excellency,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By this Letter We inform Your Excellency that We have decided to bring to an end the mission of Our Ambassador </w:t>
      </w:r>
    </w:p>
    <w:p>
      <w:pPr>
        <w:spacing w:after="0" w:before="0" w:line="240" w:lineRule="auto"/>
      </w:pPr>
      <w:r>
        <w:rPr>
          <w:sz w:val="22"/>
        </w:rPr>
        <w:t>Extraordinary and Plenipotentiary to Your Excellency: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Mr Nestor Valerius,</w:t>
      </w:r>
    </w:p>
    <w:p>
      <w:pPr>
        <w:spacing w:after="0" w:before="0" w:line="240" w:lineRule="auto"/>
      </w:pPr>
      <w:r>
        <w:rPr>
          <w:sz w:val="22"/>
        </w:rPr>
        <w:t>until now Ambassador of the Kingdom of Aurelia to the Republic of Heliopolis,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who was accredited to Your Excellency by Our Letters dated 14 November 2020.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During his stay in Lumeria, Our Ambassador has faithfully served the cause of closer relations between the </w:t>
      </w:r>
    </w:p>
    <w:p>
      <w:pPr>
        <w:spacing w:after="0" w:before="0" w:line="240" w:lineRule="auto"/>
      </w:pPr>
      <w:r>
        <w:rPr>
          <w:sz w:val="22"/>
        </w:rPr>
        <w:t xml:space="preserve">Kingdom of Aurelia and the Republic of Heliopolis. He has contributed to the strengthening of political dialogue, </w:t>
      </w:r>
    </w:p>
    <w:p>
      <w:pPr>
        <w:spacing w:after="0" w:before="0" w:line="240" w:lineRule="auto"/>
      </w:pPr>
      <w:r>
        <w:rPr>
          <w:sz w:val="22"/>
        </w:rPr>
        <w:t>the consolidation of economic cooperation and the intensification of human and cultural exchanges between Our two States.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We request that Your Excellency kindly consider the mission of Mr Nestor Valerius as terminated with effect from </w:t>
      </w:r>
    </w:p>
    <w:p>
      <w:pPr>
        <w:spacing w:after="0" w:before="0" w:line="240" w:lineRule="auto"/>
      </w:pPr>
      <w:r>
        <w:rPr>
          <w:sz w:val="22"/>
        </w:rPr>
        <w:t xml:space="preserve">30 November 2025, and that any intervention on his part hereafter be regarded as completely released from any mandate </w:t>
      </w:r>
    </w:p>
    <w:p>
      <w:pPr>
        <w:spacing w:after="0" w:before="0" w:line="240" w:lineRule="auto"/>
      </w:pPr>
      <w:r>
        <w:rPr>
          <w:sz w:val="22"/>
        </w:rPr>
        <w:t>emanating from Us.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We avail Ourselves of this opportunity to express to Your Excellency Our satisfaction with the quality of the relations </w:t>
      </w:r>
    </w:p>
    <w:p>
      <w:pPr>
        <w:spacing w:after="0" w:before="0" w:line="240" w:lineRule="auto"/>
      </w:pPr>
      <w:r>
        <w:rPr>
          <w:sz w:val="22"/>
        </w:rPr>
        <w:t xml:space="preserve">between Our two States and Our confidence in their further development. We earnestly hope that the spirit of mutual </w:t>
      </w:r>
    </w:p>
    <w:p>
      <w:pPr>
        <w:spacing w:after="0" w:before="0" w:line="240" w:lineRule="auto"/>
      </w:pPr>
      <w:r>
        <w:rPr>
          <w:sz w:val="22"/>
        </w:rPr>
        <w:t>understanding and partnership, to which Our Ambassador has contributed, will continue to guide Our cooperation.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In thus conveying this decision to Your Excellency, We renew the assurances of Our highest consideration and request that </w:t>
      </w:r>
    </w:p>
    <w:p>
      <w:pPr>
        <w:spacing w:after="0" w:before="0" w:line="240" w:lineRule="auto"/>
      </w:pPr>
      <w:r>
        <w:rPr>
          <w:sz w:val="22"/>
        </w:rPr>
        <w:t xml:space="preserve">You kindly regard Mr Nestor Valerius as the faithful interpreter of Our gratitude for the welcome and facilities granted </w:t>
      </w:r>
    </w:p>
    <w:p>
      <w:pPr>
        <w:spacing w:after="0" w:before="0" w:line="240" w:lineRule="auto"/>
      </w:pPr>
      <w:r>
        <w:rPr>
          <w:sz w:val="22"/>
        </w:rPr>
        <w:t>to him during his mission.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Done at Aureliane, on 20 November 2025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[Handwritten Signature]</w:t>
      </w:r>
    </w:p>
    <w:p>
      <w:pPr>
        <w:spacing w:after="0" w:before="0" w:line="240" w:lineRule="auto"/>
      </w:pPr>
      <w:r>
        <w:rPr>
          <w:sz w:val="22"/>
        </w:rPr>
        <w:t>Lysandre</w:t>
      </w:r>
    </w:p>
    <w:p>
      <w:pPr>
        <w:spacing w:after="0" w:before="0" w:line="240" w:lineRule="auto"/>
      </w:pPr>
      <w:r>
        <w:rPr>
          <w:sz w:val="22"/>
        </w:rPr>
        <w:t>Queen of the Kingdom of Aurelia</w:t>
      </w:r>
    </w:p>
    <w:p>
      <w:pPr>
        <w:spacing w:after="0" w:before="0" w:line="240" w:lineRule="auto"/>
      </w:pPr>
      <w:r>
        <w:rPr>
          <w:sz w:val="22"/>
        </w:rPr>
        <w:t>[Seal]</w:t>
      </w:r>
    </w:p>
    <w:sectPr w:rsidR="00FC693F" w:rsidRPr="0006063C" w:rsidSect="00034616">
      <w:pgSz w:w="12240" w:h="15840"/>
      <w:pgMar w:top="480" w:right="720" w:bottom="4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