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00000"/>
          <w:sz w:val="32"/>
        </w:rPr>
        <w:t>THE KINGDOM OF DECREES &amp; CEREMONIES</w:t>
      </w:r>
    </w:p>
    <w:p>
      <w:pPr>
        <w:jc w:val="center"/>
      </w:pPr>
      <w:r>
        <w:rPr>
          <w:b/>
          <w:color w:val="006600"/>
          <w:sz w:val="28"/>
        </w:rPr>
        <w:t>مملكة المراسم والمراسيم</w:t>
      </w:r>
    </w:p>
    <w:p>
      <w:pPr>
        <w:jc w:val="center"/>
      </w:pPr>
      <w:r>
        <w:rPr>
          <w:color w:val="646464"/>
          <w:sz w:val="24"/>
        </w:rPr>
        <w:t>Chancellerie – Lettre de soutien à un projet de coopération internationale</w:t>
      </w:r>
    </w:p>
    <w:p>
      <w:pPr>
        <w:jc w:val="center"/>
      </w:pPr>
      <w:r>
        <w:rPr>
          <w:i/>
          <w:color w:val="787878"/>
          <w:sz w:val="20"/>
        </w:rPr>
        <w:t>(Modèle bilingue FR–EN / Bilingual template FR–EN)</w:t>
      </w:r>
    </w:p>
    <w:p>
      <w:r>
        <w:br w:type="page"/>
      </w:r>
    </w:p>
    <w:p>
      <w:pPr>
        <w:jc w:val="center"/>
      </w:pPr>
      <w:r>
        <w:rPr>
          <w:b/>
          <w:color w:val="006600"/>
          <w:sz w:val="28"/>
        </w:rPr>
        <w:t>Version française – Modèle (Chancellerie)</w:t>
      </w:r>
    </w:p>
    <w:p>
      <w:pPr>
        <w:spacing w:after="0" w:before="0" w:line="240" w:lineRule="auto"/>
      </w:pPr>
      <w:r>
        <w:rPr>
          <w:sz w:val="22"/>
        </w:rPr>
        <w:t>[Ville], le [JJ mois AAAA]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[Nom de l’institution émettrice]</w:t>
      </w:r>
    </w:p>
    <w:p>
      <w:pPr>
        <w:spacing w:after="0" w:before="0" w:line="240" w:lineRule="auto"/>
      </w:pPr>
      <w:r>
        <w:rPr>
          <w:sz w:val="22"/>
        </w:rPr>
        <w:t>[Service / Direction]</w:t>
      </w:r>
    </w:p>
    <w:p>
      <w:pPr>
        <w:spacing w:after="0" w:before="0" w:line="240" w:lineRule="auto"/>
      </w:pPr>
      <w:r>
        <w:rPr>
          <w:sz w:val="22"/>
        </w:rPr>
        <w:t>[Adresse]</w:t>
      </w:r>
    </w:p>
    <w:p>
      <w:pPr>
        <w:spacing w:after="0" w:before="0" w:line="240" w:lineRule="auto"/>
      </w:pPr>
      <w:r>
        <w:rPr>
          <w:sz w:val="22"/>
        </w:rPr>
        <w:t>[Code postal] [Ville]</w:t>
      </w:r>
    </w:p>
    <w:p>
      <w:pPr>
        <w:spacing w:after="0" w:before="0" w:line="240" w:lineRule="auto"/>
      </w:pPr>
      <w:r>
        <w:rPr>
          <w:sz w:val="22"/>
        </w:rPr>
        <w:t>[Pays]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À l’attention de</w:t>
      </w:r>
    </w:p>
    <w:p>
      <w:pPr>
        <w:spacing w:after="0" w:before="0" w:line="240" w:lineRule="auto"/>
      </w:pPr>
      <w:r>
        <w:rPr>
          <w:sz w:val="22"/>
        </w:rPr>
        <w:t>[Madame / Monsieur] [Prénom NOM]</w:t>
      </w:r>
    </w:p>
    <w:p>
      <w:pPr>
        <w:spacing w:after="0" w:before="0" w:line="240" w:lineRule="auto"/>
      </w:pPr>
      <w:r>
        <w:rPr>
          <w:sz w:val="22"/>
        </w:rPr>
        <w:t>[Fonction]</w:t>
      </w:r>
    </w:p>
    <w:p>
      <w:pPr>
        <w:spacing w:after="0" w:before="0" w:line="240" w:lineRule="auto"/>
      </w:pPr>
      <w:r>
        <w:rPr>
          <w:sz w:val="22"/>
        </w:rPr>
        <w:t>[Institution / Organisme]</w:t>
      </w:r>
    </w:p>
    <w:p>
      <w:pPr>
        <w:spacing w:after="0" w:before="0" w:line="240" w:lineRule="auto"/>
      </w:pPr>
      <w:r>
        <w:rPr>
          <w:sz w:val="22"/>
        </w:rPr>
        <w:t>[Adresse]</w:t>
      </w:r>
    </w:p>
    <w:p>
      <w:pPr>
        <w:spacing w:after="0" w:before="0" w:line="240" w:lineRule="auto"/>
      </w:pPr>
      <w:r>
        <w:rPr>
          <w:sz w:val="22"/>
        </w:rPr>
        <w:t>[Code postal] [Ville]</w:t>
      </w:r>
    </w:p>
    <w:p>
      <w:pPr>
        <w:spacing w:after="0" w:before="0" w:line="240" w:lineRule="auto"/>
      </w:pPr>
      <w:r>
        <w:rPr>
          <w:sz w:val="22"/>
        </w:rPr>
        <w:t>[Pays]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Objet : Lettre de soutien au projet de coopération internationale « [Nom du projet] »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Madame, Monsieur,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[Nom de l’institution émettrice] suit avec un intérêt soutenu le développement du projet de coopération internationale </w:t>
      </w:r>
    </w:p>
    <w:p>
      <w:pPr>
        <w:spacing w:after="0" w:before="0" w:line="240" w:lineRule="auto"/>
      </w:pPr>
      <w:r>
        <w:rPr>
          <w:sz w:val="22"/>
        </w:rPr>
        <w:t xml:space="preserve">intitulé « [Nom du projet] », porté par [Nom de la structure porteuse] en partenariat avec [Nom(s) du ou des partenaires </w:t>
      </w:r>
    </w:p>
    <w:p>
      <w:pPr>
        <w:spacing w:after="0" w:before="0" w:line="240" w:lineRule="auto"/>
      </w:pPr>
      <w:r>
        <w:rPr>
          <w:sz w:val="22"/>
        </w:rPr>
        <w:t xml:space="preserve">étrangers], dans le domaine de [domaine : enseignement supérieur, recherche, formation professionnelle, développement </w:t>
      </w:r>
    </w:p>
    <w:p>
      <w:pPr>
        <w:spacing w:after="0" w:before="0" w:line="240" w:lineRule="auto"/>
      </w:pPr>
      <w:r>
        <w:rPr>
          <w:sz w:val="22"/>
        </w:rPr>
        <w:t>durable, santé, culture,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Ce projet propose une approche structurée et ambitieuse des échanges entre [pays / territoires / institutions concernés]. </w:t>
      </w:r>
    </w:p>
    <w:p>
      <w:pPr>
        <w:spacing w:after="0" w:before="0" w:line="240" w:lineRule="auto"/>
      </w:pPr>
      <w:r>
        <w:rPr>
          <w:sz w:val="22"/>
        </w:rPr>
        <w:t xml:space="preserve">Il favorise le partage d’expertise, la circulation des savoirs et la mise en commun de ressources au service de [publics </w:t>
      </w:r>
    </w:p>
    <w:p>
      <w:pPr>
        <w:spacing w:after="0" w:before="0" w:line="240" w:lineRule="auto"/>
      </w:pPr>
      <w:r>
        <w:rPr>
          <w:sz w:val="22"/>
        </w:rPr>
        <w:t xml:space="preserve">visés : étudiants, chercheurs, professionnels, collectivités, etc.]. Il contribue ainsi au renforcement des capacités </w:t>
      </w:r>
    </w:p>
    <w:p>
      <w:pPr>
        <w:spacing w:after="0" w:before="0" w:line="240" w:lineRule="auto"/>
      </w:pPr>
      <w:r>
        <w:rPr>
          <w:sz w:val="22"/>
        </w:rPr>
        <w:t>locales, à l’élévation des compétences et à l’ouverture internationale des acteurs impliqués.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[Nom de l’institution émettrice] reconnaît la solidité du diagnostic qui sous-tend cette initiative, la qualité de </w:t>
      </w:r>
    </w:p>
    <w:p>
      <w:pPr>
        <w:spacing w:after="0" w:before="0" w:line="240" w:lineRule="auto"/>
      </w:pPr>
      <w:r>
        <w:rPr>
          <w:sz w:val="22"/>
        </w:rPr>
        <w:t xml:space="preserve">l’ingénierie de projet élaborée par [Nom de la structure porteuse] et la cohérence du partenariat mis en place avec </w:t>
      </w:r>
    </w:p>
    <w:p>
      <w:pPr>
        <w:spacing w:after="0" w:before="0" w:line="240" w:lineRule="auto"/>
      </w:pPr>
      <w:r>
        <w:rPr>
          <w:sz w:val="22"/>
        </w:rPr>
        <w:t xml:space="preserve">[Nom(s) du ou des partenaires étrangers]. Les objectifs opérationnels – [exemples : co-construction de programmes </w:t>
      </w:r>
    </w:p>
    <w:p>
      <w:pPr>
        <w:spacing w:after="0" w:before="0" w:line="240" w:lineRule="auto"/>
      </w:pPr>
      <w:r>
        <w:rPr>
          <w:sz w:val="22"/>
        </w:rPr>
        <w:t xml:space="preserve">de formation, mobilités croisées, organisation de séminaires conjoints, développement d’outils pédagogiques partagés, </w:t>
      </w:r>
    </w:p>
    <w:p>
      <w:pPr>
        <w:spacing w:after="0" w:before="0" w:line="240" w:lineRule="auto"/>
      </w:pPr>
      <w:r>
        <w:rPr>
          <w:sz w:val="22"/>
        </w:rPr>
        <w:t xml:space="preserve">mise en œuvre de projets pilotes sur le terrain] – répondent à des besoins clairement identifiés et s’inscrivent dans </w:t>
      </w:r>
    </w:p>
    <w:p>
      <w:pPr>
        <w:spacing w:after="0" w:before="0" w:line="240" w:lineRule="auto"/>
      </w:pPr>
      <w:r>
        <w:rPr>
          <w:sz w:val="22"/>
        </w:rPr>
        <w:t>une perspective de résultats durables.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Dans ce cadre, [Nom de l’institution émettrice] apporte un soutien explicite au projet « [Nom du projet] » et affirme </w:t>
      </w:r>
    </w:p>
    <w:p>
      <w:pPr>
        <w:spacing w:after="0" w:before="0" w:line="240" w:lineRule="auto"/>
      </w:pPr>
      <w:r>
        <w:rPr>
          <w:sz w:val="22"/>
        </w:rPr>
        <w:t xml:space="preserve">sa confiance dans la capacité de [Nom de la structure porteuse] et de ses partenaires à en assurer la mise en œuvre </w:t>
      </w:r>
    </w:p>
    <w:p>
      <w:pPr>
        <w:spacing w:after="0" w:before="0" w:line="240" w:lineRule="auto"/>
      </w:pPr>
      <w:r>
        <w:rPr>
          <w:sz w:val="22"/>
        </w:rPr>
        <w:t xml:space="preserve">dans de bonnes conditions. Notre institution se déclare disposée à [préciser le cas échéant : relayer l’initiative </w:t>
      </w:r>
    </w:p>
    <w:p>
      <w:pPr>
        <w:spacing w:after="0" w:before="0" w:line="240" w:lineRule="auto"/>
      </w:pPr>
      <w:r>
        <w:rPr>
          <w:sz w:val="22"/>
        </w:rPr>
        <w:t xml:space="preserve">auprès de ses réseaux, participer à certaines actions, contribuer à la valorisation des résultats, faciliter les </w:t>
      </w:r>
    </w:p>
    <w:p>
      <w:pPr>
        <w:spacing w:after="0" w:before="0" w:line="240" w:lineRule="auto"/>
      </w:pPr>
      <w:r>
        <w:rPr>
          <w:sz w:val="22"/>
        </w:rPr>
        <w:t>contacts avec d’autres acteurs,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Nous invitons en conséquence [Nom de l’organisme financeur / de l’autorité saisie] à examiner cette candidature </w:t>
      </w:r>
    </w:p>
    <w:p>
      <w:pPr>
        <w:spacing w:after="0" w:before="0" w:line="240" w:lineRule="auto"/>
      </w:pPr>
      <w:r>
        <w:rPr>
          <w:sz w:val="22"/>
        </w:rPr>
        <w:t xml:space="preserve">avec une attention particulière et à considérer « [Nom du projet] » comme un levier pertinent de renforcement </w:t>
      </w:r>
    </w:p>
    <w:p>
      <w:pPr>
        <w:spacing w:after="0" w:before="0" w:line="240" w:lineRule="auto"/>
      </w:pPr>
      <w:r>
        <w:rPr>
          <w:sz w:val="22"/>
        </w:rPr>
        <w:t xml:space="preserve">des liens entre [pays / territoires / institutions], au service d’une coopération internationale exigeante, </w:t>
      </w:r>
    </w:p>
    <w:p>
      <w:pPr>
        <w:spacing w:after="0" w:before="0" w:line="240" w:lineRule="auto"/>
      </w:pPr>
      <w:r>
        <w:rPr>
          <w:sz w:val="22"/>
        </w:rPr>
        <w:t>équilibrée et durable.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Je vous prie d’agréer, Madame, Monsieur, l’expression de ma considération distinguée.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[Signature]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[Prénom NOM]</w:t>
      </w:r>
    </w:p>
    <w:p>
      <w:pPr>
        <w:spacing w:after="0" w:before="0" w:line="240" w:lineRule="auto"/>
      </w:pPr>
      <w:r>
        <w:rPr>
          <w:sz w:val="22"/>
        </w:rPr>
        <w:t>[Fonction]</w:t>
      </w:r>
    </w:p>
    <w:p>
      <w:pPr>
        <w:spacing w:after="0" w:before="0" w:line="240" w:lineRule="auto"/>
      </w:pPr>
      <w:r>
        <w:rPr>
          <w:sz w:val="22"/>
        </w:rPr>
        <w:t>[Nom de l’institution émettrice]</w:t>
      </w:r>
    </w:p>
    <w:p>
      <w:r>
        <w:br w:type="page"/>
      </w:r>
    </w:p>
    <w:p>
      <w:pPr>
        <w:jc w:val="center"/>
      </w:pPr>
      <w:r>
        <w:rPr>
          <w:b/>
          <w:color w:val="006600"/>
          <w:sz w:val="28"/>
        </w:rPr>
        <w:t>English version – Template (Chancery style)</w:t>
      </w:r>
    </w:p>
    <w:p>
      <w:pPr>
        <w:spacing w:after="0" w:before="0" w:line="240" w:lineRule="auto"/>
      </w:pPr>
      <w:r>
        <w:rPr>
          <w:sz w:val="22"/>
        </w:rPr>
        <w:t>[City], [Day Month Year]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[Name of the issuing institution]</w:t>
      </w:r>
    </w:p>
    <w:p>
      <w:pPr>
        <w:spacing w:after="0" w:before="0" w:line="240" w:lineRule="auto"/>
      </w:pPr>
      <w:r>
        <w:rPr>
          <w:sz w:val="22"/>
        </w:rPr>
        <w:t>[Department / Directorate]</w:t>
      </w:r>
    </w:p>
    <w:p>
      <w:pPr>
        <w:spacing w:after="0" w:before="0" w:line="240" w:lineRule="auto"/>
      </w:pPr>
      <w:r>
        <w:rPr>
          <w:sz w:val="22"/>
        </w:rPr>
        <w:t>[Address]</w:t>
      </w:r>
    </w:p>
    <w:p>
      <w:pPr>
        <w:spacing w:after="0" w:before="0" w:line="240" w:lineRule="auto"/>
      </w:pPr>
      <w:r>
        <w:rPr>
          <w:sz w:val="22"/>
        </w:rPr>
        <w:t>[Postal code] [City]</w:t>
      </w:r>
    </w:p>
    <w:p>
      <w:pPr>
        <w:spacing w:after="0" w:before="0" w:line="240" w:lineRule="auto"/>
      </w:pPr>
      <w:r>
        <w:rPr>
          <w:sz w:val="22"/>
        </w:rPr>
        <w:t>[Country]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To the attention of</w:t>
      </w:r>
    </w:p>
    <w:p>
      <w:pPr>
        <w:spacing w:after="0" w:before="0" w:line="240" w:lineRule="auto"/>
      </w:pPr>
      <w:r>
        <w:rPr>
          <w:sz w:val="22"/>
        </w:rPr>
        <w:t>[Mr / Ms] [First name LAST NAME]</w:t>
      </w:r>
    </w:p>
    <w:p>
      <w:pPr>
        <w:spacing w:after="0" w:before="0" w:line="240" w:lineRule="auto"/>
      </w:pPr>
      <w:r>
        <w:rPr>
          <w:sz w:val="22"/>
        </w:rPr>
        <w:t>[Position]</w:t>
      </w:r>
    </w:p>
    <w:p>
      <w:pPr>
        <w:spacing w:after="0" w:before="0" w:line="240" w:lineRule="auto"/>
      </w:pPr>
      <w:r>
        <w:rPr>
          <w:sz w:val="22"/>
        </w:rPr>
        <w:t>[Institution / Organization]</w:t>
      </w:r>
    </w:p>
    <w:p>
      <w:pPr>
        <w:spacing w:after="0" w:before="0" w:line="240" w:lineRule="auto"/>
      </w:pPr>
      <w:r>
        <w:rPr>
          <w:sz w:val="22"/>
        </w:rPr>
        <w:t>[Address]</w:t>
      </w:r>
    </w:p>
    <w:p>
      <w:pPr>
        <w:spacing w:after="0" w:before="0" w:line="240" w:lineRule="auto"/>
      </w:pPr>
      <w:r>
        <w:rPr>
          <w:sz w:val="22"/>
        </w:rPr>
        <w:t>[Postal code] [City]</w:t>
      </w:r>
    </w:p>
    <w:p>
      <w:pPr>
        <w:spacing w:after="0" w:before="0" w:line="240" w:lineRule="auto"/>
      </w:pPr>
      <w:r>
        <w:rPr>
          <w:sz w:val="22"/>
        </w:rPr>
        <w:t>[Country]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Subject: Letter of support for the international cooperation project “[Project title]”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Dear Sir or Madam,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[Name of the issuing institution] follows with sustained interest the development of the international cooperation </w:t>
      </w:r>
    </w:p>
    <w:p>
      <w:pPr>
        <w:spacing w:after="0" w:before="0" w:line="240" w:lineRule="auto"/>
      </w:pPr>
      <w:r>
        <w:rPr>
          <w:sz w:val="22"/>
        </w:rPr>
        <w:t xml:space="preserve">project entitled “[Project title]”, led by [Name of the lead organization] in partnership with [Name(s) of the foreign </w:t>
      </w:r>
    </w:p>
    <w:p>
      <w:pPr>
        <w:spacing w:after="0" w:before="0" w:line="240" w:lineRule="auto"/>
      </w:pPr>
      <w:r>
        <w:rPr>
          <w:sz w:val="22"/>
        </w:rPr>
        <w:t xml:space="preserve">partner(s)], in the field of [field: higher education, research, vocational training, sustainable development, health, </w:t>
      </w:r>
    </w:p>
    <w:p>
      <w:pPr>
        <w:spacing w:after="0" w:before="0" w:line="240" w:lineRule="auto"/>
      </w:pPr>
      <w:r>
        <w:rPr>
          <w:sz w:val="22"/>
        </w:rPr>
        <w:t>culture,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This project proposes a structured and ambitious approach to exchanges between [countries / territories / institutions concerned]. </w:t>
      </w:r>
    </w:p>
    <w:p>
      <w:pPr>
        <w:spacing w:after="0" w:before="0" w:line="240" w:lineRule="auto"/>
      </w:pPr>
      <w:r>
        <w:rPr>
          <w:sz w:val="22"/>
        </w:rPr>
        <w:t xml:space="preserve">It promotes the sharing of expertise, the circulation of knowledge and the pooling of resources for the benefit of [target groups: </w:t>
      </w:r>
    </w:p>
    <w:p>
      <w:pPr>
        <w:spacing w:after="0" w:before="0" w:line="240" w:lineRule="auto"/>
      </w:pPr>
      <w:r>
        <w:rPr>
          <w:sz w:val="22"/>
        </w:rPr>
        <w:t xml:space="preserve">students, researchers, professionals, local authorities, etc.]. It thus contributes to strengthening local capacities, raising </w:t>
      </w:r>
    </w:p>
    <w:p>
      <w:pPr>
        <w:spacing w:after="0" w:before="0" w:line="240" w:lineRule="auto"/>
      </w:pPr>
      <w:r>
        <w:rPr>
          <w:sz w:val="22"/>
        </w:rPr>
        <w:t>skills and enhancing the international exposure of the actors involved.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[Name of the issuing institution] acknowledges the robustness of the needs assessment underlying this initiative, the quality </w:t>
      </w:r>
    </w:p>
    <w:p>
      <w:pPr>
        <w:spacing w:after="0" w:before="0" w:line="240" w:lineRule="auto"/>
      </w:pPr>
      <w:r>
        <w:rPr>
          <w:sz w:val="22"/>
        </w:rPr>
        <w:t xml:space="preserve">of the project design developed by [Name of the lead organization] and the consistency of the partnership established with </w:t>
      </w:r>
    </w:p>
    <w:p>
      <w:pPr>
        <w:spacing w:after="0" w:before="0" w:line="240" w:lineRule="auto"/>
      </w:pPr>
      <w:r>
        <w:rPr>
          <w:sz w:val="22"/>
        </w:rPr>
        <w:t xml:space="preserve">[Name(s) of the foreign partner(s)]. The operational objectives – [examples: joint development of training programmes, </w:t>
      </w:r>
    </w:p>
    <w:p>
      <w:pPr>
        <w:spacing w:after="0" w:before="0" w:line="240" w:lineRule="auto"/>
      </w:pPr>
      <w:r>
        <w:rPr>
          <w:sz w:val="22"/>
        </w:rPr>
        <w:t xml:space="preserve">reciprocal mobility schemes, organization of joint seminars, development of shared teaching tools, implementation of pilot </w:t>
      </w:r>
    </w:p>
    <w:p>
      <w:pPr>
        <w:spacing w:after="0" w:before="0" w:line="240" w:lineRule="auto"/>
      </w:pPr>
      <w:r>
        <w:rPr>
          <w:sz w:val="22"/>
        </w:rPr>
        <w:t>projects in the field] – address clearly identified needs and aim at delivering sustainable results.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In this context, [Name of the issuing institution] expresses explicit support for the project “[Project title]” and </w:t>
      </w:r>
    </w:p>
    <w:p>
      <w:pPr>
        <w:spacing w:after="0" w:before="0" w:line="240" w:lineRule="auto"/>
      </w:pPr>
      <w:r>
        <w:rPr>
          <w:sz w:val="22"/>
        </w:rPr>
        <w:t xml:space="preserve">states its confidence in the ability of [Name of the lead organization] and its partners to implement it under sound </w:t>
      </w:r>
    </w:p>
    <w:p>
      <w:pPr>
        <w:spacing w:after="0" w:before="0" w:line="240" w:lineRule="auto"/>
      </w:pPr>
      <w:r>
        <w:rPr>
          <w:sz w:val="22"/>
        </w:rPr>
        <w:t xml:space="preserve">conditions. Our institution stands ready to [specify where applicable: disseminate information about the initiative within </w:t>
      </w:r>
    </w:p>
    <w:p>
      <w:pPr>
        <w:spacing w:after="0" w:before="0" w:line="240" w:lineRule="auto"/>
      </w:pPr>
      <w:r>
        <w:rPr>
          <w:sz w:val="22"/>
        </w:rPr>
        <w:t xml:space="preserve">its networks, take part in certain activities, contribute to the dissemination of results, facilitate contacts with additional </w:t>
      </w:r>
    </w:p>
    <w:p>
      <w:pPr>
        <w:spacing w:after="0" w:before="0" w:line="240" w:lineRule="auto"/>
      </w:pPr>
      <w:r>
        <w:rPr>
          <w:sz w:val="22"/>
        </w:rPr>
        <w:t>stakeholders,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We therefore invite [Name of the funding body / competent authority] to give this application careful consideration and to </w:t>
      </w:r>
    </w:p>
    <w:p>
      <w:pPr>
        <w:spacing w:after="0" w:before="0" w:line="240" w:lineRule="auto"/>
      </w:pPr>
      <w:r>
        <w:rPr>
          <w:sz w:val="22"/>
        </w:rPr>
        <w:t xml:space="preserve">recognize “[Project title]” as a relevant lever for strengthening links between [countries / territories / institutions], in </w:t>
      </w:r>
    </w:p>
    <w:p>
      <w:pPr>
        <w:spacing w:after="0" w:before="0" w:line="240" w:lineRule="auto"/>
      </w:pPr>
      <w:r>
        <w:rPr>
          <w:sz w:val="22"/>
        </w:rPr>
        <w:t>support of a demanding, balanced and sustainable international cooperation.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Yours faithfully,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[Signature]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[First name LAST NAME]</w:t>
      </w:r>
    </w:p>
    <w:p>
      <w:pPr>
        <w:spacing w:after="0" w:before="0" w:line="240" w:lineRule="auto"/>
      </w:pPr>
      <w:r>
        <w:rPr>
          <w:sz w:val="22"/>
        </w:rPr>
        <w:t>[Position]</w:t>
      </w:r>
    </w:p>
    <w:p>
      <w:pPr>
        <w:spacing w:after="0" w:before="0" w:line="240" w:lineRule="auto"/>
      </w:pPr>
      <w:r>
        <w:rPr>
          <w:sz w:val="22"/>
        </w:rPr>
        <w:t>[Name of the issuing institution]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